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9623A" w14:textId="77777777" w:rsidR="00AF4B48" w:rsidRDefault="00AF4B48">
      <w:pPr>
        <w:spacing w:after="60" w:line="240" w:lineRule="auto"/>
        <w:jc w:val="center"/>
      </w:pPr>
    </w:p>
    <w:p w14:paraId="798A408E" w14:textId="77777777" w:rsidR="00AF4B48" w:rsidRPr="004C7BAC" w:rsidRDefault="00E65709" w:rsidP="00E65709">
      <w:pPr>
        <w:pStyle w:val="Ttulo"/>
        <w:spacing w:after="140" w:line="288" w:lineRule="auto"/>
        <w:jc w:val="center"/>
        <w:rPr>
          <w:rFonts w:ascii="Arial" w:hAnsi="Arial" w:cs="Arial"/>
          <w:sz w:val="20"/>
          <w:szCs w:val="20"/>
          <w:lang w:val="es-ES"/>
        </w:rPr>
      </w:pPr>
      <w:r w:rsidRPr="004C7BAC">
        <w:rPr>
          <w:rFonts w:ascii="Arial" w:eastAsia="Arial" w:hAnsi="Arial" w:cs="Arial"/>
          <w:sz w:val="20"/>
          <w:szCs w:val="20"/>
          <w:lang w:val="es-ES"/>
        </w:rPr>
        <w:t>MEMORIA ECONÓMICA ABREVIADA</w:t>
      </w:r>
    </w:p>
    <w:p w14:paraId="47DB8098" w14:textId="77777777" w:rsidR="00AF4B48" w:rsidRPr="004C7BAC" w:rsidRDefault="00E65709" w:rsidP="00E65709">
      <w:pPr>
        <w:pStyle w:val="Subttulo"/>
        <w:spacing w:after="160" w:line="288" w:lineRule="auto"/>
        <w:jc w:val="center"/>
        <w:rPr>
          <w:rFonts w:ascii="Arial" w:hAnsi="Arial" w:cs="Arial"/>
          <w:sz w:val="20"/>
          <w:szCs w:val="20"/>
          <w:lang w:val="es-ES"/>
        </w:rPr>
      </w:pPr>
      <w:r w:rsidRPr="004C7BAC">
        <w:rPr>
          <w:rFonts w:ascii="Arial" w:eastAsia="Arial" w:hAnsi="Arial" w:cs="Arial"/>
          <w:i w:val="0"/>
          <w:sz w:val="20"/>
          <w:szCs w:val="20"/>
          <w:lang w:val="es-ES"/>
        </w:rPr>
        <w:t>Cuenta justificativa de las subvenciones directas para la reparación y adecuación de infraestructuras de abastecimiento, saneamiento y depuración afectadas por la DANA</w:t>
      </w:r>
    </w:p>
    <w:tbl>
      <w:tblPr>
        <w:tblStyle w:val="Tablaconcuadrcula"/>
        <w:tblW w:w="9300"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2600"/>
        <w:gridCol w:w="6700"/>
      </w:tblGrid>
      <w:tr w:rsidR="00AF4B48" w:rsidRPr="004C7BAC" w14:paraId="54B308F8" w14:textId="77777777">
        <w:trPr>
          <w:jc w:val="center"/>
        </w:trPr>
        <w:tc>
          <w:tcPr>
            <w:tcW w:w="2600" w:type="dxa"/>
            <w:shd w:val="clear" w:color="auto" w:fill="EAF0F6"/>
            <w:tcMar>
              <w:top w:w="55" w:type="dxa"/>
              <w:left w:w="70" w:type="dxa"/>
              <w:bottom w:w="55" w:type="dxa"/>
              <w:right w:w="70" w:type="dxa"/>
            </w:tcMar>
            <w:vAlign w:val="center"/>
          </w:tcPr>
          <w:p w14:paraId="4AE12E8B" w14:textId="77777777" w:rsidR="00AF4B48" w:rsidRPr="00E65709" w:rsidRDefault="00E65709" w:rsidP="00E65709">
            <w:pPr>
              <w:spacing w:after="0" w:line="288" w:lineRule="auto"/>
              <w:rPr>
                <w:rFonts w:cs="Arial"/>
                <w:sz w:val="20"/>
                <w:szCs w:val="20"/>
              </w:rPr>
            </w:pPr>
            <w:r w:rsidRPr="00E65709">
              <w:rPr>
                <w:rFonts w:eastAsia="Arial" w:cs="Arial"/>
                <w:b/>
                <w:sz w:val="20"/>
                <w:szCs w:val="20"/>
              </w:rPr>
              <w:t xml:space="preserve">Norma de </w:t>
            </w:r>
            <w:proofErr w:type="spellStart"/>
            <w:r w:rsidRPr="00E65709">
              <w:rPr>
                <w:rFonts w:eastAsia="Arial" w:cs="Arial"/>
                <w:b/>
                <w:sz w:val="20"/>
                <w:szCs w:val="20"/>
              </w:rPr>
              <w:t>concesión</w:t>
            </w:r>
            <w:proofErr w:type="spellEnd"/>
          </w:p>
        </w:tc>
        <w:tc>
          <w:tcPr>
            <w:tcW w:w="6700" w:type="dxa"/>
            <w:shd w:val="clear" w:color="auto" w:fill="FFFFFF"/>
            <w:tcMar>
              <w:top w:w="55" w:type="dxa"/>
              <w:left w:w="70" w:type="dxa"/>
              <w:bottom w:w="55" w:type="dxa"/>
              <w:right w:w="70" w:type="dxa"/>
            </w:tcMar>
            <w:vAlign w:val="center"/>
          </w:tcPr>
          <w:p w14:paraId="3BC376D8" w14:textId="77777777" w:rsidR="00AF4B48" w:rsidRPr="004C7BAC" w:rsidRDefault="00E65709" w:rsidP="00E65709">
            <w:pPr>
              <w:spacing w:after="0" w:line="288" w:lineRule="auto"/>
              <w:rPr>
                <w:rFonts w:cs="Arial"/>
                <w:sz w:val="20"/>
                <w:szCs w:val="20"/>
                <w:lang w:val="es-ES"/>
              </w:rPr>
            </w:pPr>
            <w:r w:rsidRPr="004C7BAC">
              <w:rPr>
                <w:rFonts w:eastAsia="Arial" w:cs="Arial"/>
                <w:sz w:val="20"/>
                <w:szCs w:val="20"/>
                <w:lang w:val="es-ES"/>
              </w:rPr>
              <w:t>Resolución de la Secretaría de Estado de Medio Ambiente de 23 de octubre de 2025</w:t>
            </w:r>
          </w:p>
        </w:tc>
      </w:tr>
      <w:tr w:rsidR="00AF4B48" w:rsidRPr="004C7BAC" w14:paraId="33279F20" w14:textId="77777777">
        <w:trPr>
          <w:jc w:val="center"/>
        </w:trPr>
        <w:tc>
          <w:tcPr>
            <w:tcW w:w="2600" w:type="dxa"/>
            <w:shd w:val="clear" w:color="auto" w:fill="EAF0F6"/>
            <w:tcMar>
              <w:top w:w="55" w:type="dxa"/>
              <w:left w:w="70" w:type="dxa"/>
              <w:bottom w:w="55" w:type="dxa"/>
              <w:right w:w="70" w:type="dxa"/>
            </w:tcMar>
            <w:vAlign w:val="center"/>
          </w:tcPr>
          <w:p w14:paraId="736BFD63" w14:textId="77777777" w:rsidR="00AF4B48" w:rsidRPr="00E65709" w:rsidRDefault="00E65709" w:rsidP="00E65709">
            <w:pPr>
              <w:spacing w:after="0" w:line="288" w:lineRule="auto"/>
              <w:rPr>
                <w:rFonts w:cs="Arial"/>
                <w:sz w:val="20"/>
                <w:szCs w:val="20"/>
              </w:rPr>
            </w:pPr>
            <w:proofErr w:type="spellStart"/>
            <w:r w:rsidRPr="00E65709">
              <w:rPr>
                <w:rFonts w:eastAsia="Arial" w:cs="Arial"/>
                <w:b/>
                <w:sz w:val="20"/>
                <w:szCs w:val="20"/>
              </w:rPr>
              <w:t>Modalidad</w:t>
            </w:r>
            <w:proofErr w:type="spellEnd"/>
          </w:p>
        </w:tc>
        <w:tc>
          <w:tcPr>
            <w:tcW w:w="6700" w:type="dxa"/>
            <w:shd w:val="clear" w:color="auto" w:fill="FFFFFF"/>
            <w:tcMar>
              <w:top w:w="55" w:type="dxa"/>
              <w:left w:w="70" w:type="dxa"/>
              <w:bottom w:w="55" w:type="dxa"/>
              <w:right w:w="70" w:type="dxa"/>
            </w:tcMar>
            <w:vAlign w:val="center"/>
          </w:tcPr>
          <w:p w14:paraId="10E4C35E" w14:textId="77777777" w:rsidR="00AF4B48" w:rsidRPr="004C7BAC" w:rsidRDefault="00E65709" w:rsidP="00E65709">
            <w:pPr>
              <w:spacing w:after="0" w:line="288" w:lineRule="auto"/>
              <w:rPr>
                <w:rFonts w:cs="Arial"/>
                <w:sz w:val="20"/>
                <w:szCs w:val="20"/>
                <w:lang w:val="es-ES"/>
              </w:rPr>
            </w:pPr>
            <w:r w:rsidRPr="004C7BAC">
              <w:rPr>
                <w:rFonts w:eastAsia="Arial" w:cs="Arial"/>
                <w:sz w:val="20"/>
                <w:szCs w:val="20"/>
                <w:lang w:val="es-ES"/>
              </w:rPr>
              <w:t>Cuenta justificativa con informe de auditor (art. 74 del Real Decreto 887/2006)</w:t>
            </w:r>
          </w:p>
        </w:tc>
      </w:tr>
      <w:tr w:rsidR="00AF4B48" w:rsidRPr="004C7BAC" w14:paraId="6D5A1AAB" w14:textId="77777777">
        <w:trPr>
          <w:jc w:val="center"/>
        </w:trPr>
        <w:tc>
          <w:tcPr>
            <w:tcW w:w="2600" w:type="dxa"/>
            <w:shd w:val="clear" w:color="auto" w:fill="EAF0F6"/>
            <w:tcMar>
              <w:top w:w="55" w:type="dxa"/>
              <w:left w:w="70" w:type="dxa"/>
              <w:bottom w:w="55" w:type="dxa"/>
              <w:right w:w="70" w:type="dxa"/>
            </w:tcMar>
            <w:vAlign w:val="center"/>
          </w:tcPr>
          <w:p w14:paraId="12106E63" w14:textId="77777777" w:rsidR="00AF4B48" w:rsidRPr="00E65709" w:rsidRDefault="00E65709" w:rsidP="00E65709">
            <w:pPr>
              <w:spacing w:after="0" w:line="288" w:lineRule="auto"/>
              <w:rPr>
                <w:rFonts w:cs="Arial"/>
                <w:sz w:val="20"/>
                <w:szCs w:val="20"/>
              </w:rPr>
            </w:pPr>
            <w:proofErr w:type="spellStart"/>
            <w:r w:rsidRPr="00E65709">
              <w:rPr>
                <w:rFonts w:eastAsia="Arial" w:cs="Arial"/>
                <w:b/>
                <w:sz w:val="20"/>
                <w:szCs w:val="20"/>
              </w:rPr>
              <w:t>Documento</w:t>
            </w:r>
            <w:proofErr w:type="spellEnd"/>
            <w:r w:rsidRPr="00E65709">
              <w:rPr>
                <w:rFonts w:eastAsia="Arial" w:cs="Arial"/>
                <w:b/>
                <w:sz w:val="20"/>
                <w:szCs w:val="20"/>
              </w:rPr>
              <w:t xml:space="preserve"> de </w:t>
            </w:r>
            <w:proofErr w:type="spellStart"/>
            <w:r w:rsidRPr="00E65709">
              <w:rPr>
                <w:rFonts w:eastAsia="Arial" w:cs="Arial"/>
                <w:b/>
                <w:sz w:val="20"/>
                <w:szCs w:val="20"/>
              </w:rPr>
              <w:t>referencia</w:t>
            </w:r>
            <w:proofErr w:type="spellEnd"/>
          </w:p>
        </w:tc>
        <w:tc>
          <w:tcPr>
            <w:tcW w:w="6700" w:type="dxa"/>
            <w:shd w:val="clear" w:color="auto" w:fill="FFFFFF"/>
            <w:tcMar>
              <w:top w:w="55" w:type="dxa"/>
              <w:left w:w="70" w:type="dxa"/>
              <w:bottom w:w="55" w:type="dxa"/>
              <w:right w:w="70" w:type="dxa"/>
            </w:tcMar>
            <w:vAlign w:val="center"/>
          </w:tcPr>
          <w:p w14:paraId="1B6784B0" w14:textId="77777777" w:rsidR="00AF4B48" w:rsidRPr="004C7BAC" w:rsidRDefault="00E65709" w:rsidP="00593688">
            <w:pPr>
              <w:spacing w:after="0" w:line="288" w:lineRule="auto"/>
              <w:rPr>
                <w:rFonts w:cs="Arial"/>
                <w:sz w:val="20"/>
                <w:szCs w:val="20"/>
                <w:lang w:val="es-ES"/>
              </w:rPr>
            </w:pPr>
            <w:r w:rsidRPr="004C7BAC">
              <w:rPr>
                <w:rFonts w:eastAsia="Arial" w:cs="Arial"/>
                <w:sz w:val="20"/>
                <w:szCs w:val="20"/>
                <w:lang w:val="es-ES"/>
              </w:rPr>
              <w:t>Guía de j</w:t>
            </w:r>
            <w:r w:rsidR="00593688" w:rsidRPr="004C7BAC">
              <w:rPr>
                <w:rFonts w:eastAsia="Arial" w:cs="Arial"/>
                <w:sz w:val="20"/>
                <w:szCs w:val="20"/>
                <w:lang w:val="es-ES"/>
              </w:rPr>
              <w:t>ustificación de las actuaciones</w:t>
            </w:r>
          </w:p>
        </w:tc>
      </w:tr>
    </w:tbl>
    <w:p w14:paraId="34BDFDF2" w14:textId="77777777" w:rsidR="00AF4B48" w:rsidRPr="004C7BAC" w:rsidRDefault="00E65709" w:rsidP="00E65709">
      <w:pPr>
        <w:pStyle w:val="Ttulo2"/>
        <w:spacing w:before="140" w:after="40" w:line="288" w:lineRule="auto"/>
        <w:rPr>
          <w:rFonts w:ascii="Arial" w:hAnsi="Arial" w:cs="Arial"/>
          <w:sz w:val="20"/>
          <w:szCs w:val="20"/>
          <w:lang w:val="es-ES"/>
        </w:rPr>
      </w:pPr>
      <w:r w:rsidRPr="004C7BAC">
        <w:rPr>
          <w:rFonts w:ascii="Arial" w:eastAsia="Arial" w:hAnsi="Arial" w:cs="Arial"/>
          <w:sz w:val="20"/>
          <w:szCs w:val="20"/>
          <w:lang w:val="es-ES"/>
        </w:rPr>
        <w:t>INSTRUCCIONES DE USO</w:t>
      </w:r>
    </w:p>
    <w:p w14:paraId="77C3EF13" w14:textId="77777777" w:rsidR="00AF4B48" w:rsidRPr="004C7BAC" w:rsidRDefault="00E65709" w:rsidP="00E65709">
      <w:pPr>
        <w:pStyle w:val="Notadecumplimentacin"/>
        <w:spacing w:after="60" w:line="288" w:lineRule="auto"/>
        <w:jc w:val="both"/>
        <w:rPr>
          <w:rFonts w:cs="Arial"/>
          <w:sz w:val="20"/>
          <w:szCs w:val="20"/>
          <w:lang w:val="es-ES"/>
        </w:rPr>
      </w:pPr>
      <w:r w:rsidRPr="004C7BAC">
        <w:rPr>
          <w:rFonts w:eastAsia="Arial" w:cs="Arial"/>
          <w:color w:val="000000"/>
          <w:sz w:val="20"/>
          <w:szCs w:val="20"/>
          <w:lang w:val="es-ES"/>
        </w:rPr>
        <w:t xml:space="preserve">Los textos entre corchetes deben cumplimentarse o suprimirse. Deben eliminarse esta página de instrucciones y las notas aclaratorias antes de firmar. </w:t>
      </w:r>
    </w:p>
    <w:p w14:paraId="32B794A7" w14:textId="77777777" w:rsidR="00AF4B48" w:rsidRPr="004C7BAC" w:rsidRDefault="00E65709" w:rsidP="00E65709">
      <w:pPr>
        <w:pStyle w:val="Listaconvietas"/>
        <w:keepLines/>
        <w:spacing w:after="60" w:line="288" w:lineRule="auto"/>
        <w:ind w:left="403" w:hanging="259"/>
        <w:jc w:val="both"/>
        <w:rPr>
          <w:rFonts w:cs="Arial"/>
          <w:sz w:val="20"/>
          <w:szCs w:val="20"/>
          <w:lang w:val="es-ES"/>
        </w:rPr>
      </w:pPr>
      <w:r w:rsidRPr="004C7BAC">
        <w:rPr>
          <w:rFonts w:eastAsia="Arial" w:cs="Arial"/>
          <w:sz w:val="20"/>
          <w:szCs w:val="20"/>
          <w:lang w:val="es-ES"/>
        </w:rPr>
        <w:t>La memoria económica forma parte de la cuenta justificativa y debe acompañarse de la memoria de cumplimiento y del informe del auditor inscrito como ejerciente en el ROAC.</w:t>
      </w:r>
    </w:p>
    <w:p w14:paraId="47CEA21C" w14:textId="77777777" w:rsidR="00AF4B48" w:rsidRPr="004C7BAC" w:rsidRDefault="00E65709" w:rsidP="00E65709">
      <w:pPr>
        <w:spacing w:after="60" w:line="288" w:lineRule="auto"/>
        <w:rPr>
          <w:rFonts w:cs="Arial"/>
          <w:sz w:val="20"/>
          <w:szCs w:val="20"/>
          <w:lang w:val="es-ES"/>
        </w:rPr>
      </w:pPr>
      <w:r w:rsidRPr="004C7BAC">
        <w:rPr>
          <w:rFonts w:eastAsia="Arial" w:cs="Arial"/>
          <w:sz w:val="20"/>
          <w:szCs w:val="20"/>
          <w:lang w:val="es-ES"/>
        </w:rPr>
        <w:br w:type="page"/>
      </w:r>
    </w:p>
    <w:p w14:paraId="5D2DE509" w14:textId="77777777" w:rsidR="00AF4B48" w:rsidRPr="00E65709" w:rsidRDefault="00E65709" w:rsidP="00E65709">
      <w:pPr>
        <w:pStyle w:val="Ttulo1"/>
        <w:spacing w:before="180" w:after="80" w:line="288" w:lineRule="auto"/>
        <w:rPr>
          <w:rFonts w:ascii="Arial" w:hAnsi="Arial" w:cs="Arial"/>
          <w:sz w:val="20"/>
          <w:szCs w:val="20"/>
        </w:rPr>
      </w:pPr>
      <w:r w:rsidRPr="00E65709">
        <w:rPr>
          <w:rFonts w:ascii="Arial" w:eastAsia="Arial" w:hAnsi="Arial" w:cs="Arial"/>
          <w:sz w:val="20"/>
          <w:szCs w:val="20"/>
        </w:rPr>
        <w:lastRenderedPageBreak/>
        <w:t>1. DATOS IDENTIFICATIVOS</w:t>
      </w:r>
    </w:p>
    <w:tbl>
      <w:tblPr>
        <w:tblStyle w:val="Tablaconcuadrcula"/>
        <w:tblW w:w="9300"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2600"/>
        <w:gridCol w:w="6700"/>
      </w:tblGrid>
      <w:tr w:rsidR="00AF4B48" w:rsidRPr="00E65709" w14:paraId="115DFF07" w14:textId="77777777">
        <w:trPr>
          <w:jc w:val="center"/>
        </w:trPr>
        <w:tc>
          <w:tcPr>
            <w:tcW w:w="2600" w:type="dxa"/>
            <w:shd w:val="clear" w:color="auto" w:fill="EAF0F6"/>
            <w:tcMar>
              <w:top w:w="55" w:type="dxa"/>
              <w:left w:w="70" w:type="dxa"/>
              <w:bottom w:w="55" w:type="dxa"/>
              <w:right w:w="70" w:type="dxa"/>
            </w:tcMar>
            <w:vAlign w:val="center"/>
          </w:tcPr>
          <w:p w14:paraId="44B87471" w14:textId="77777777" w:rsidR="00AF4B48" w:rsidRPr="00E65709" w:rsidRDefault="00E65709" w:rsidP="00E65709">
            <w:pPr>
              <w:spacing w:after="0" w:line="288" w:lineRule="auto"/>
              <w:rPr>
                <w:rFonts w:cs="Arial"/>
                <w:sz w:val="20"/>
                <w:szCs w:val="20"/>
              </w:rPr>
            </w:pPr>
            <w:proofErr w:type="spellStart"/>
            <w:r w:rsidRPr="00E65709">
              <w:rPr>
                <w:rFonts w:eastAsia="Arial" w:cs="Arial"/>
                <w:b/>
                <w:sz w:val="20"/>
                <w:szCs w:val="20"/>
              </w:rPr>
              <w:t>Entidad</w:t>
            </w:r>
            <w:proofErr w:type="spellEnd"/>
            <w:r w:rsidRPr="00E65709">
              <w:rPr>
                <w:rFonts w:eastAsia="Arial" w:cs="Arial"/>
                <w:b/>
                <w:sz w:val="20"/>
                <w:szCs w:val="20"/>
              </w:rPr>
              <w:t xml:space="preserve"> </w:t>
            </w:r>
            <w:proofErr w:type="spellStart"/>
            <w:r w:rsidRPr="00E65709">
              <w:rPr>
                <w:rFonts w:eastAsia="Arial" w:cs="Arial"/>
                <w:b/>
                <w:sz w:val="20"/>
                <w:szCs w:val="20"/>
              </w:rPr>
              <w:t>beneficiaria</w:t>
            </w:r>
            <w:proofErr w:type="spellEnd"/>
          </w:p>
        </w:tc>
        <w:tc>
          <w:tcPr>
            <w:tcW w:w="6700" w:type="dxa"/>
            <w:shd w:val="clear" w:color="auto" w:fill="FFFFFF"/>
            <w:tcMar>
              <w:top w:w="55" w:type="dxa"/>
              <w:left w:w="70" w:type="dxa"/>
              <w:bottom w:w="55" w:type="dxa"/>
              <w:right w:w="70" w:type="dxa"/>
            </w:tcMar>
            <w:vAlign w:val="center"/>
          </w:tcPr>
          <w:p w14:paraId="7357FBA6" w14:textId="77777777" w:rsidR="00AF4B48" w:rsidRPr="00E65709" w:rsidRDefault="00E65709" w:rsidP="00E65709">
            <w:pPr>
              <w:spacing w:after="0" w:line="288" w:lineRule="auto"/>
              <w:rPr>
                <w:rFonts w:cs="Arial"/>
                <w:sz w:val="20"/>
                <w:szCs w:val="20"/>
              </w:rPr>
            </w:pPr>
            <w:r w:rsidRPr="00E65709">
              <w:rPr>
                <w:rFonts w:eastAsia="Arial" w:cs="Arial"/>
                <w:sz w:val="20"/>
                <w:szCs w:val="20"/>
              </w:rPr>
              <w:t>[DENOMINACIÓN SOCIAL COMPLETA]</w:t>
            </w:r>
          </w:p>
        </w:tc>
      </w:tr>
      <w:tr w:rsidR="00AF4B48" w:rsidRPr="00E65709" w14:paraId="21F8966C" w14:textId="77777777">
        <w:trPr>
          <w:jc w:val="center"/>
        </w:trPr>
        <w:tc>
          <w:tcPr>
            <w:tcW w:w="2600" w:type="dxa"/>
            <w:shd w:val="clear" w:color="auto" w:fill="EAF0F6"/>
            <w:tcMar>
              <w:top w:w="55" w:type="dxa"/>
              <w:left w:w="70" w:type="dxa"/>
              <w:bottom w:w="55" w:type="dxa"/>
              <w:right w:w="70" w:type="dxa"/>
            </w:tcMar>
            <w:vAlign w:val="center"/>
          </w:tcPr>
          <w:p w14:paraId="5E0D5C6C" w14:textId="77777777" w:rsidR="00AF4B48" w:rsidRPr="00E65709" w:rsidRDefault="00E65709" w:rsidP="00E65709">
            <w:pPr>
              <w:spacing w:after="0" w:line="288" w:lineRule="auto"/>
              <w:rPr>
                <w:rFonts w:cs="Arial"/>
                <w:sz w:val="20"/>
                <w:szCs w:val="20"/>
              </w:rPr>
            </w:pPr>
            <w:r w:rsidRPr="00E65709">
              <w:rPr>
                <w:rFonts w:eastAsia="Arial" w:cs="Arial"/>
                <w:b/>
                <w:sz w:val="20"/>
                <w:szCs w:val="20"/>
              </w:rPr>
              <w:t>NIF</w:t>
            </w:r>
          </w:p>
        </w:tc>
        <w:tc>
          <w:tcPr>
            <w:tcW w:w="6700" w:type="dxa"/>
            <w:shd w:val="clear" w:color="auto" w:fill="FFFFFF"/>
            <w:tcMar>
              <w:top w:w="55" w:type="dxa"/>
              <w:left w:w="70" w:type="dxa"/>
              <w:bottom w:w="55" w:type="dxa"/>
              <w:right w:w="70" w:type="dxa"/>
            </w:tcMar>
            <w:vAlign w:val="center"/>
          </w:tcPr>
          <w:p w14:paraId="419F93DF" w14:textId="77777777" w:rsidR="00AF4B48" w:rsidRPr="00E65709" w:rsidRDefault="00E65709" w:rsidP="00E65709">
            <w:pPr>
              <w:spacing w:after="0" w:line="288" w:lineRule="auto"/>
              <w:rPr>
                <w:rFonts w:cs="Arial"/>
                <w:sz w:val="20"/>
                <w:szCs w:val="20"/>
              </w:rPr>
            </w:pPr>
            <w:r w:rsidRPr="00E65709">
              <w:rPr>
                <w:rFonts w:eastAsia="Arial" w:cs="Arial"/>
                <w:sz w:val="20"/>
                <w:szCs w:val="20"/>
              </w:rPr>
              <w:t>[NIF]</w:t>
            </w:r>
          </w:p>
        </w:tc>
      </w:tr>
      <w:tr w:rsidR="00AF4B48" w:rsidRPr="00E65709" w14:paraId="73B74CDD" w14:textId="77777777">
        <w:trPr>
          <w:jc w:val="center"/>
        </w:trPr>
        <w:tc>
          <w:tcPr>
            <w:tcW w:w="2600" w:type="dxa"/>
            <w:shd w:val="clear" w:color="auto" w:fill="EAF0F6"/>
            <w:tcMar>
              <w:top w:w="55" w:type="dxa"/>
              <w:left w:w="70" w:type="dxa"/>
              <w:bottom w:w="55" w:type="dxa"/>
              <w:right w:w="70" w:type="dxa"/>
            </w:tcMar>
            <w:vAlign w:val="center"/>
          </w:tcPr>
          <w:p w14:paraId="58AF80DA" w14:textId="77777777" w:rsidR="00AF4B48" w:rsidRPr="00E65709" w:rsidRDefault="00E65709" w:rsidP="00E65709">
            <w:pPr>
              <w:spacing w:after="0" w:line="288" w:lineRule="auto"/>
              <w:rPr>
                <w:rFonts w:cs="Arial"/>
                <w:sz w:val="20"/>
                <w:szCs w:val="20"/>
              </w:rPr>
            </w:pPr>
            <w:proofErr w:type="spellStart"/>
            <w:r w:rsidRPr="00E65709">
              <w:rPr>
                <w:rFonts w:eastAsia="Arial" w:cs="Arial"/>
                <w:b/>
                <w:sz w:val="20"/>
                <w:szCs w:val="20"/>
              </w:rPr>
              <w:t>Domicilio</w:t>
            </w:r>
            <w:proofErr w:type="spellEnd"/>
          </w:p>
        </w:tc>
        <w:tc>
          <w:tcPr>
            <w:tcW w:w="6700" w:type="dxa"/>
            <w:shd w:val="clear" w:color="auto" w:fill="FFFFFF"/>
            <w:tcMar>
              <w:top w:w="55" w:type="dxa"/>
              <w:left w:w="70" w:type="dxa"/>
              <w:bottom w:w="55" w:type="dxa"/>
              <w:right w:w="70" w:type="dxa"/>
            </w:tcMar>
            <w:vAlign w:val="center"/>
          </w:tcPr>
          <w:p w14:paraId="5FEF204E" w14:textId="77777777" w:rsidR="00AF4B48" w:rsidRPr="00E65709" w:rsidRDefault="00E65709" w:rsidP="00E65709">
            <w:pPr>
              <w:spacing w:after="0" w:line="288" w:lineRule="auto"/>
              <w:rPr>
                <w:rFonts w:cs="Arial"/>
                <w:sz w:val="20"/>
                <w:szCs w:val="20"/>
              </w:rPr>
            </w:pPr>
            <w:r w:rsidRPr="00E65709">
              <w:rPr>
                <w:rFonts w:eastAsia="Arial" w:cs="Arial"/>
                <w:sz w:val="20"/>
                <w:szCs w:val="20"/>
              </w:rPr>
              <w:t>[DOMICILIO]</w:t>
            </w:r>
          </w:p>
        </w:tc>
      </w:tr>
      <w:tr w:rsidR="00AF4B48" w:rsidRPr="00E65709" w14:paraId="07D3243C" w14:textId="77777777">
        <w:trPr>
          <w:jc w:val="center"/>
        </w:trPr>
        <w:tc>
          <w:tcPr>
            <w:tcW w:w="2600" w:type="dxa"/>
            <w:shd w:val="clear" w:color="auto" w:fill="EAF0F6"/>
            <w:tcMar>
              <w:top w:w="55" w:type="dxa"/>
              <w:left w:w="70" w:type="dxa"/>
              <w:bottom w:w="55" w:type="dxa"/>
              <w:right w:w="70" w:type="dxa"/>
            </w:tcMar>
            <w:vAlign w:val="center"/>
          </w:tcPr>
          <w:p w14:paraId="5A0CB624" w14:textId="77777777" w:rsidR="00AF4B48" w:rsidRPr="00E65709" w:rsidRDefault="00E65709" w:rsidP="00E65709">
            <w:pPr>
              <w:spacing w:after="0" w:line="288" w:lineRule="auto"/>
              <w:rPr>
                <w:rFonts w:cs="Arial"/>
                <w:sz w:val="20"/>
                <w:szCs w:val="20"/>
              </w:rPr>
            </w:pPr>
            <w:proofErr w:type="spellStart"/>
            <w:r w:rsidRPr="00E65709">
              <w:rPr>
                <w:rFonts w:eastAsia="Arial" w:cs="Arial"/>
                <w:b/>
                <w:sz w:val="20"/>
                <w:szCs w:val="20"/>
              </w:rPr>
              <w:t>Representante</w:t>
            </w:r>
            <w:proofErr w:type="spellEnd"/>
          </w:p>
        </w:tc>
        <w:tc>
          <w:tcPr>
            <w:tcW w:w="6700" w:type="dxa"/>
            <w:shd w:val="clear" w:color="auto" w:fill="FFFFFF"/>
            <w:tcMar>
              <w:top w:w="55" w:type="dxa"/>
              <w:left w:w="70" w:type="dxa"/>
              <w:bottom w:w="55" w:type="dxa"/>
              <w:right w:w="70" w:type="dxa"/>
            </w:tcMar>
            <w:vAlign w:val="center"/>
          </w:tcPr>
          <w:p w14:paraId="34B466A9" w14:textId="77777777" w:rsidR="00AF4B48" w:rsidRPr="00E65709" w:rsidRDefault="00E65709" w:rsidP="00E65709">
            <w:pPr>
              <w:spacing w:after="0" w:line="288" w:lineRule="auto"/>
              <w:rPr>
                <w:rFonts w:cs="Arial"/>
                <w:sz w:val="20"/>
                <w:szCs w:val="20"/>
              </w:rPr>
            </w:pPr>
            <w:r w:rsidRPr="00E65709">
              <w:rPr>
                <w:rFonts w:eastAsia="Arial" w:cs="Arial"/>
                <w:sz w:val="20"/>
                <w:szCs w:val="20"/>
              </w:rPr>
              <w:t>[NOMBRE, CARGO Y NIF]</w:t>
            </w:r>
          </w:p>
        </w:tc>
      </w:tr>
      <w:tr w:rsidR="00AF4B48" w:rsidRPr="00E65709" w14:paraId="31841586" w14:textId="77777777">
        <w:trPr>
          <w:jc w:val="center"/>
        </w:trPr>
        <w:tc>
          <w:tcPr>
            <w:tcW w:w="2600" w:type="dxa"/>
            <w:shd w:val="clear" w:color="auto" w:fill="EAF0F6"/>
            <w:tcMar>
              <w:top w:w="55" w:type="dxa"/>
              <w:left w:w="70" w:type="dxa"/>
              <w:bottom w:w="55" w:type="dxa"/>
              <w:right w:w="70" w:type="dxa"/>
            </w:tcMar>
            <w:vAlign w:val="center"/>
          </w:tcPr>
          <w:p w14:paraId="4A21C62C" w14:textId="77777777" w:rsidR="00AF4B48" w:rsidRPr="00E65709" w:rsidRDefault="00E65709" w:rsidP="00E65709">
            <w:pPr>
              <w:spacing w:after="0" w:line="288" w:lineRule="auto"/>
              <w:rPr>
                <w:rFonts w:cs="Arial"/>
                <w:sz w:val="20"/>
                <w:szCs w:val="20"/>
              </w:rPr>
            </w:pPr>
            <w:proofErr w:type="spellStart"/>
            <w:r w:rsidRPr="00E65709">
              <w:rPr>
                <w:rFonts w:eastAsia="Arial" w:cs="Arial"/>
                <w:b/>
                <w:sz w:val="20"/>
                <w:szCs w:val="20"/>
              </w:rPr>
              <w:t>Expediente</w:t>
            </w:r>
            <w:proofErr w:type="spellEnd"/>
          </w:p>
        </w:tc>
        <w:tc>
          <w:tcPr>
            <w:tcW w:w="6700" w:type="dxa"/>
            <w:shd w:val="clear" w:color="auto" w:fill="FFFFFF"/>
            <w:tcMar>
              <w:top w:w="55" w:type="dxa"/>
              <w:left w:w="70" w:type="dxa"/>
              <w:bottom w:w="55" w:type="dxa"/>
              <w:right w:w="70" w:type="dxa"/>
            </w:tcMar>
            <w:vAlign w:val="center"/>
          </w:tcPr>
          <w:p w14:paraId="0CBC5E8E" w14:textId="77777777" w:rsidR="00AF4B48" w:rsidRPr="00E65709" w:rsidRDefault="00E65709" w:rsidP="00E65709">
            <w:pPr>
              <w:spacing w:after="0" w:line="288" w:lineRule="auto"/>
              <w:rPr>
                <w:rFonts w:cs="Arial"/>
                <w:sz w:val="20"/>
                <w:szCs w:val="20"/>
              </w:rPr>
            </w:pPr>
            <w:r w:rsidRPr="00E65709">
              <w:rPr>
                <w:rFonts w:eastAsia="Arial" w:cs="Arial"/>
                <w:sz w:val="20"/>
                <w:szCs w:val="20"/>
              </w:rPr>
              <w:t>[NÚMERO/CÓDIGO]</w:t>
            </w:r>
          </w:p>
        </w:tc>
      </w:tr>
      <w:tr w:rsidR="00AF4B48" w:rsidRPr="004C7BAC" w14:paraId="0BDE21B1" w14:textId="77777777">
        <w:trPr>
          <w:jc w:val="center"/>
        </w:trPr>
        <w:tc>
          <w:tcPr>
            <w:tcW w:w="2600" w:type="dxa"/>
            <w:shd w:val="clear" w:color="auto" w:fill="EAF0F6"/>
            <w:tcMar>
              <w:top w:w="55" w:type="dxa"/>
              <w:left w:w="70" w:type="dxa"/>
              <w:bottom w:w="55" w:type="dxa"/>
              <w:right w:w="70" w:type="dxa"/>
            </w:tcMar>
            <w:vAlign w:val="center"/>
          </w:tcPr>
          <w:p w14:paraId="333A8867" w14:textId="77777777" w:rsidR="00AF4B48" w:rsidRPr="00E65709" w:rsidRDefault="00E65709" w:rsidP="00E65709">
            <w:pPr>
              <w:spacing w:after="0" w:line="288" w:lineRule="auto"/>
              <w:rPr>
                <w:rFonts w:cs="Arial"/>
                <w:sz w:val="20"/>
                <w:szCs w:val="20"/>
              </w:rPr>
            </w:pPr>
            <w:r w:rsidRPr="00E65709">
              <w:rPr>
                <w:rFonts w:eastAsia="Arial" w:cs="Arial"/>
                <w:b/>
                <w:sz w:val="20"/>
                <w:szCs w:val="20"/>
              </w:rPr>
              <w:t xml:space="preserve">Proyecto / </w:t>
            </w:r>
            <w:proofErr w:type="spellStart"/>
            <w:r w:rsidRPr="00E65709">
              <w:rPr>
                <w:rFonts w:eastAsia="Arial" w:cs="Arial"/>
                <w:b/>
                <w:sz w:val="20"/>
                <w:szCs w:val="20"/>
              </w:rPr>
              <w:t>actuaciones</w:t>
            </w:r>
            <w:proofErr w:type="spellEnd"/>
          </w:p>
        </w:tc>
        <w:tc>
          <w:tcPr>
            <w:tcW w:w="6700" w:type="dxa"/>
            <w:shd w:val="clear" w:color="auto" w:fill="FFFFFF"/>
            <w:tcMar>
              <w:top w:w="55" w:type="dxa"/>
              <w:left w:w="70" w:type="dxa"/>
              <w:bottom w:w="55" w:type="dxa"/>
              <w:right w:w="70" w:type="dxa"/>
            </w:tcMar>
            <w:vAlign w:val="center"/>
          </w:tcPr>
          <w:p w14:paraId="678F9F46" w14:textId="77777777" w:rsidR="00AF4B48" w:rsidRPr="004C7BAC" w:rsidRDefault="00E65709" w:rsidP="00E65709">
            <w:pPr>
              <w:spacing w:after="0" w:line="288" w:lineRule="auto"/>
              <w:rPr>
                <w:rFonts w:cs="Arial"/>
                <w:sz w:val="20"/>
                <w:szCs w:val="20"/>
                <w:lang w:val="es-ES"/>
              </w:rPr>
            </w:pPr>
            <w:r w:rsidRPr="004C7BAC">
              <w:rPr>
                <w:rFonts w:eastAsia="Arial" w:cs="Arial"/>
                <w:sz w:val="20"/>
                <w:szCs w:val="20"/>
                <w:lang w:val="es-ES"/>
              </w:rPr>
              <w:t>[DENOMINACIÓN Y CÓDIGOS SEGÚN ANEXO IV Y MEMORIAS APROBADAS]</w:t>
            </w:r>
          </w:p>
        </w:tc>
      </w:tr>
      <w:tr w:rsidR="00AF4B48" w:rsidRPr="00E65709" w14:paraId="3F6BAB06" w14:textId="77777777">
        <w:trPr>
          <w:jc w:val="center"/>
        </w:trPr>
        <w:tc>
          <w:tcPr>
            <w:tcW w:w="2600" w:type="dxa"/>
            <w:shd w:val="clear" w:color="auto" w:fill="EAF0F6"/>
            <w:tcMar>
              <w:top w:w="55" w:type="dxa"/>
              <w:left w:w="70" w:type="dxa"/>
              <w:bottom w:w="55" w:type="dxa"/>
              <w:right w:w="70" w:type="dxa"/>
            </w:tcMar>
            <w:vAlign w:val="center"/>
          </w:tcPr>
          <w:p w14:paraId="63BF2DEF" w14:textId="67F092C4" w:rsidR="00AF4B48" w:rsidRPr="00F23037" w:rsidRDefault="00E65709" w:rsidP="00E65709">
            <w:pPr>
              <w:spacing w:after="0" w:line="288" w:lineRule="auto"/>
              <w:rPr>
                <w:rFonts w:cs="Arial"/>
                <w:color w:val="auto"/>
                <w:sz w:val="20"/>
                <w:szCs w:val="20"/>
                <w:lang w:val="es-ES"/>
              </w:rPr>
            </w:pPr>
            <w:r w:rsidRPr="00F23037">
              <w:rPr>
                <w:rFonts w:eastAsia="Arial" w:cs="Arial"/>
                <w:b/>
                <w:color w:val="auto"/>
                <w:sz w:val="20"/>
                <w:szCs w:val="20"/>
                <w:lang w:val="es-ES"/>
              </w:rPr>
              <w:t xml:space="preserve">Municipio/s o </w:t>
            </w:r>
            <w:r w:rsidR="004C7BAC" w:rsidRPr="00F23037">
              <w:rPr>
                <w:rFonts w:eastAsia="Arial" w:cs="Arial"/>
                <w:b/>
                <w:color w:val="auto"/>
                <w:sz w:val="20"/>
                <w:szCs w:val="20"/>
                <w:lang w:val="es-ES"/>
              </w:rPr>
              <w:t>infraestructura supramunicipal</w:t>
            </w:r>
          </w:p>
        </w:tc>
        <w:tc>
          <w:tcPr>
            <w:tcW w:w="6700" w:type="dxa"/>
            <w:shd w:val="clear" w:color="auto" w:fill="FFFFFF"/>
            <w:tcMar>
              <w:top w:w="55" w:type="dxa"/>
              <w:left w:w="70" w:type="dxa"/>
              <w:bottom w:w="55" w:type="dxa"/>
              <w:right w:w="70" w:type="dxa"/>
            </w:tcMar>
            <w:vAlign w:val="center"/>
          </w:tcPr>
          <w:p w14:paraId="3852113A" w14:textId="77777777" w:rsidR="00AF4B48" w:rsidRPr="00F23037" w:rsidRDefault="00E65709" w:rsidP="00E65709">
            <w:pPr>
              <w:spacing w:after="0" w:line="288" w:lineRule="auto"/>
              <w:rPr>
                <w:rFonts w:cs="Arial"/>
                <w:color w:val="auto"/>
                <w:sz w:val="20"/>
                <w:szCs w:val="20"/>
              </w:rPr>
            </w:pPr>
            <w:r w:rsidRPr="00F23037">
              <w:rPr>
                <w:rFonts w:eastAsia="Arial" w:cs="Arial"/>
                <w:color w:val="auto"/>
                <w:sz w:val="20"/>
                <w:szCs w:val="20"/>
              </w:rPr>
              <w:t>[MUNICIPIO/S / INFRAESTRUCTURA SUPRAMUNICIPAL]</w:t>
            </w:r>
          </w:p>
        </w:tc>
      </w:tr>
      <w:tr w:rsidR="004C7BAC" w:rsidRPr="00E65709" w14:paraId="698A4BD7" w14:textId="77777777">
        <w:trPr>
          <w:jc w:val="center"/>
        </w:trPr>
        <w:tc>
          <w:tcPr>
            <w:tcW w:w="2600" w:type="dxa"/>
            <w:shd w:val="clear" w:color="auto" w:fill="EAF0F6"/>
            <w:tcMar>
              <w:top w:w="55" w:type="dxa"/>
              <w:left w:w="70" w:type="dxa"/>
              <w:bottom w:w="55" w:type="dxa"/>
              <w:right w:w="70" w:type="dxa"/>
            </w:tcMar>
            <w:vAlign w:val="center"/>
          </w:tcPr>
          <w:p w14:paraId="4123D588" w14:textId="62EB7899" w:rsidR="004C7BAC" w:rsidRPr="00F23037" w:rsidRDefault="004C7BAC" w:rsidP="00E65709">
            <w:pPr>
              <w:spacing w:after="0" w:line="288" w:lineRule="auto"/>
              <w:rPr>
                <w:rFonts w:eastAsia="Arial" w:cs="Arial"/>
                <w:b/>
                <w:color w:val="auto"/>
                <w:sz w:val="20"/>
                <w:szCs w:val="20"/>
                <w:lang w:val="es-ES"/>
              </w:rPr>
            </w:pPr>
            <w:r w:rsidRPr="00F23037">
              <w:rPr>
                <w:rFonts w:eastAsia="Arial" w:cs="Arial"/>
                <w:b/>
                <w:color w:val="auto"/>
                <w:sz w:val="20"/>
                <w:szCs w:val="20"/>
                <w:lang w:val="es-ES"/>
              </w:rPr>
              <w:t>Tipo de infraestructura</w:t>
            </w:r>
          </w:p>
        </w:tc>
        <w:tc>
          <w:tcPr>
            <w:tcW w:w="6700" w:type="dxa"/>
            <w:shd w:val="clear" w:color="auto" w:fill="FFFFFF"/>
            <w:tcMar>
              <w:top w:w="55" w:type="dxa"/>
              <w:left w:w="70" w:type="dxa"/>
              <w:bottom w:w="55" w:type="dxa"/>
              <w:right w:w="70" w:type="dxa"/>
            </w:tcMar>
            <w:vAlign w:val="center"/>
          </w:tcPr>
          <w:p w14:paraId="16C39DD2" w14:textId="1E9BE779" w:rsidR="004C7BAC" w:rsidRPr="00F23037" w:rsidRDefault="004C7BAC" w:rsidP="00E65709">
            <w:pPr>
              <w:spacing w:after="0" w:line="288" w:lineRule="auto"/>
              <w:rPr>
                <w:rFonts w:eastAsia="Arial" w:cs="Arial"/>
                <w:color w:val="auto"/>
                <w:sz w:val="20"/>
                <w:szCs w:val="20"/>
              </w:rPr>
            </w:pPr>
            <w:r w:rsidRPr="00F23037">
              <w:rPr>
                <w:rFonts w:eastAsia="Arial" w:cs="Arial"/>
                <w:color w:val="auto"/>
                <w:sz w:val="20"/>
                <w:szCs w:val="20"/>
              </w:rPr>
              <w:t>[ABASTECIMIENTO/ SANEAMIENTO/ DEPURACIÓN]</w:t>
            </w:r>
          </w:p>
        </w:tc>
      </w:tr>
      <w:tr w:rsidR="00AF4B48" w:rsidRPr="004C7BAC" w14:paraId="04BAF847" w14:textId="77777777">
        <w:trPr>
          <w:jc w:val="center"/>
        </w:trPr>
        <w:tc>
          <w:tcPr>
            <w:tcW w:w="2600" w:type="dxa"/>
            <w:shd w:val="clear" w:color="auto" w:fill="EAF0F6"/>
            <w:tcMar>
              <w:top w:w="55" w:type="dxa"/>
              <w:left w:w="70" w:type="dxa"/>
              <w:bottom w:w="55" w:type="dxa"/>
              <w:right w:w="70" w:type="dxa"/>
            </w:tcMar>
            <w:vAlign w:val="center"/>
          </w:tcPr>
          <w:p w14:paraId="208CCD90" w14:textId="77777777" w:rsidR="00AF4B48" w:rsidRPr="00E65709" w:rsidRDefault="00E65709" w:rsidP="00E65709">
            <w:pPr>
              <w:spacing w:after="0" w:line="288" w:lineRule="auto"/>
              <w:rPr>
                <w:rFonts w:cs="Arial"/>
                <w:sz w:val="20"/>
                <w:szCs w:val="20"/>
              </w:rPr>
            </w:pPr>
            <w:proofErr w:type="spellStart"/>
            <w:r w:rsidRPr="00E65709">
              <w:rPr>
                <w:rFonts w:eastAsia="Arial" w:cs="Arial"/>
                <w:b/>
                <w:sz w:val="20"/>
                <w:szCs w:val="20"/>
              </w:rPr>
              <w:t>Periodo</w:t>
            </w:r>
            <w:proofErr w:type="spellEnd"/>
            <w:r w:rsidRPr="00E65709">
              <w:rPr>
                <w:rFonts w:eastAsia="Arial" w:cs="Arial"/>
                <w:b/>
                <w:sz w:val="20"/>
                <w:szCs w:val="20"/>
              </w:rPr>
              <w:t xml:space="preserve"> de </w:t>
            </w:r>
            <w:proofErr w:type="spellStart"/>
            <w:r w:rsidRPr="00E65709">
              <w:rPr>
                <w:rFonts w:eastAsia="Arial" w:cs="Arial"/>
                <w:b/>
                <w:sz w:val="20"/>
                <w:szCs w:val="20"/>
              </w:rPr>
              <w:t>ejecución</w:t>
            </w:r>
            <w:proofErr w:type="spellEnd"/>
          </w:p>
        </w:tc>
        <w:tc>
          <w:tcPr>
            <w:tcW w:w="6700" w:type="dxa"/>
            <w:shd w:val="clear" w:color="auto" w:fill="FFFFFF"/>
            <w:tcMar>
              <w:top w:w="55" w:type="dxa"/>
              <w:left w:w="70" w:type="dxa"/>
              <w:bottom w:w="55" w:type="dxa"/>
              <w:right w:w="70" w:type="dxa"/>
            </w:tcMar>
            <w:vAlign w:val="center"/>
          </w:tcPr>
          <w:p w14:paraId="54B6D29F" w14:textId="77777777" w:rsidR="00AF4B48" w:rsidRPr="004C7BAC" w:rsidRDefault="00E65709" w:rsidP="00E65709">
            <w:pPr>
              <w:spacing w:after="0" w:line="288" w:lineRule="auto"/>
              <w:rPr>
                <w:rFonts w:cs="Arial"/>
                <w:sz w:val="20"/>
                <w:szCs w:val="20"/>
                <w:lang w:val="es-ES"/>
              </w:rPr>
            </w:pPr>
            <w:r w:rsidRPr="004C7BAC">
              <w:rPr>
                <w:rFonts w:eastAsia="Arial" w:cs="Arial"/>
                <w:sz w:val="20"/>
                <w:szCs w:val="20"/>
                <w:lang w:val="es-ES"/>
              </w:rPr>
              <w:t>[FECHA INICIAL] a [FECHA FINAL, INCLUIDAS AMPLIACIONES AUTORIZADAS]</w:t>
            </w:r>
          </w:p>
        </w:tc>
      </w:tr>
      <w:tr w:rsidR="00AF4B48" w:rsidRPr="00E65709" w14:paraId="68E1336E" w14:textId="77777777">
        <w:trPr>
          <w:jc w:val="center"/>
        </w:trPr>
        <w:tc>
          <w:tcPr>
            <w:tcW w:w="2600" w:type="dxa"/>
            <w:shd w:val="clear" w:color="auto" w:fill="EAF0F6"/>
            <w:tcMar>
              <w:top w:w="55" w:type="dxa"/>
              <w:left w:w="70" w:type="dxa"/>
              <w:bottom w:w="55" w:type="dxa"/>
              <w:right w:w="70" w:type="dxa"/>
            </w:tcMar>
            <w:vAlign w:val="center"/>
          </w:tcPr>
          <w:p w14:paraId="13D37F75" w14:textId="77777777" w:rsidR="00AF4B48" w:rsidRPr="00E65709" w:rsidRDefault="00E65709" w:rsidP="00E65709">
            <w:pPr>
              <w:spacing w:after="0" w:line="288" w:lineRule="auto"/>
              <w:rPr>
                <w:rFonts w:cs="Arial"/>
                <w:sz w:val="20"/>
                <w:szCs w:val="20"/>
              </w:rPr>
            </w:pPr>
            <w:proofErr w:type="spellStart"/>
            <w:r w:rsidRPr="00E65709">
              <w:rPr>
                <w:rFonts w:eastAsia="Arial" w:cs="Arial"/>
                <w:b/>
                <w:sz w:val="20"/>
                <w:szCs w:val="20"/>
              </w:rPr>
              <w:t>Importe</w:t>
            </w:r>
            <w:proofErr w:type="spellEnd"/>
            <w:r w:rsidRPr="00E65709">
              <w:rPr>
                <w:rFonts w:eastAsia="Arial" w:cs="Arial"/>
                <w:b/>
                <w:sz w:val="20"/>
                <w:szCs w:val="20"/>
              </w:rPr>
              <w:t xml:space="preserve"> </w:t>
            </w:r>
            <w:proofErr w:type="spellStart"/>
            <w:r w:rsidRPr="00E65709">
              <w:rPr>
                <w:rFonts w:eastAsia="Arial" w:cs="Arial"/>
                <w:b/>
                <w:sz w:val="20"/>
                <w:szCs w:val="20"/>
              </w:rPr>
              <w:t>concedido</w:t>
            </w:r>
            <w:proofErr w:type="spellEnd"/>
          </w:p>
        </w:tc>
        <w:tc>
          <w:tcPr>
            <w:tcW w:w="6700" w:type="dxa"/>
            <w:shd w:val="clear" w:color="auto" w:fill="FFFFFF"/>
            <w:tcMar>
              <w:top w:w="55" w:type="dxa"/>
              <w:left w:w="70" w:type="dxa"/>
              <w:bottom w:w="55" w:type="dxa"/>
              <w:right w:w="70" w:type="dxa"/>
            </w:tcMar>
            <w:vAlign w:val="center"/>
          </w:tcPr>
          <w:p w14:paraId="33CD5FCE" w14:textId="77777777" w:rsidR="00AF4B48" w:rsidRPr="00E65709" w:rsidRDefault="00E65709" w:rsidP="00E65709">
            <w:pPr>
              <w:spacing w:after="0" w:line="288" w:lineRule="auto"/>
              <w:rPr>
                <w:rFonts w:cs="Arial"/>
                <w:sz w:val="20"/>
                <w:szCs w:val="20"/>
              </w:rPr>
            </w:pPr>
            <w:r w:rsidRPr="00E65709">
              <w:rPr>
                <w:rFonts w:eastAsia="Arial" w:cs="Arial"/>
                <w:sz w:val="20"/>
                <w:szCs w:val="20"/>
              </w:rPr>
              <w:t>[IMPORTE] €</w:t>
            </w:r>
          </w:p>
        </w:tc>
      </w:tr>
      <w:tr w:rsidR="00AF4B48" w:rsidRPr="00E65709" w14:paraId="39FF17AD" w14:textId="77777777">
        <w:trPr>
          <w:jc w:val="center"/>
        </w:trPr>
        <w:tc>
          <w:tcPr>
            <w:tcW w:w="2600" w:type="dxa"/>
            <w:shd w:val="clear" w:color="auto" w:fill="EAF0F6"/>
            <w:tcMar>
              <w:top w:w="55" w:type="dxa"/>
              <w:left w:w="70" w:type="dxa"/>
              <w:bottom w:w="55" w:type="dxa"/>
              <w:right w:w="70" w:type="dxa"/>
            </w:tcMar>
            <w:vAlign w:val="center"/>
          </w:tcPr>
          <w:p w14:paraId="227EFBBF" w14:textId="77777777" w:rsidR="00AF4B48" w:rsidRPr="00E65709" w:rsidRDefault="00E65709" w:rsidP="00E65709">
            <w:pPr>
              <w:spacing w:after="0" w:line="288" w:lineRule="auto"/>
              <w:rPr>
                <w:rFonts w:cs="Arial"/>
                <w:sz w:val="20"/>
                <w:szCs w:val="20"/>
              </w:rPr>
            </w:pPr>
            <w:proofErr w:type="spellStart"/>
            <w:r w:rsidRPr="00E65709">
              <w:rPr>
                <w:rFonts w:eastAsia="Arial" w:cs="Arial"/>
                <w:b/>
                <w:sz w:val="20"/>
                <w:szCs w:val="20"/>
              </w:rPr>
              <w:t>Importe</w:t>
            </w:r>
            <w:proofErr w:type="spellEnd"/>
            <w:r w:rsidRPr="00E65709">
              <w:rPr>
                <w:rFonts w:eastAsia="Arial" w:cs="Arial"/>
                <w:b/>
                <w:sz w:val="20"/>
                <w:szCs w:val="20"/>
              </w:rPr>
              <w:t xml:space="preserve"> total </w:t>
            </w:r>
            <w:proofErr w:type="spellStart"/>
            <w:r w:rsidRPr="00E65709">
              <w:rPr>
                <w:rFonts w:eastAsia="Arial" w:cs="Arial"/>
                <w:b/>
                <w:sz w:val="20"/>
                <w:szCs w:val="20"/>
              </w:rPr>
              <w:t>justificado</w:t>
            </w:r>
            <w:proofErr w:type="spellEnd"/>
          </w:p>
        </w:tc>
        <w:tc>
          <w:tcPr>
            <w:tcW w:w="6700" w:type="dxa"/>
            <w:shd w:val="clear" w:color="auto" w:fill="FFFFFF"/>
            <w:tcMar>
              <w:top w:w="55" w:type="dxa"/>
              <w:left w:w="70" w:type="dxa"/>
              <w:bottom w:w="55" w:type="dxa"/>
              <w:right w:w="70" w:type="dxa"/>
            </w:tcMar>
            <w:vAlign w:val="center"/>
          </w:tcPr>
          <w:p w14:paraId="7C8CA0BB" w14:textId="77777777" w:rsidR="00AF4B48" w:rsidRPr="00E65709" w:rsidRDefault="00E65709" w:rsidP="00E65709">
            <w:pPr>
              <w:spacing w:after="0" w:line="288" w:lineRule="auto"/>
              <w:rPr>
                <w:rFonts w:cs="Arial"/>
                <w:sz w:val="20"/>
                <w:szCs w:val="20"/>
              </w:rPr>
            </w:pPr>
            <w:r w:rsidRPr="00E65709">
              <w:rPr>
                <w:rFonts w:eastAsia="Arial" w:cs="Arial"/>
                <w:sz w:val="20"/>
                <w:szCs w:val="20"/>
              </w:rPr>
              <w:t>[IMPORTE] €</w:t>
            </w:r>
          </w:p>
        </w:tc>
      </w:tr>
    </w:tbl>
    <w:p w14:paraId="0A3C1780" w14:textId="77777777" w:rsidR="0052599B" w:rsidRDefault="0052599B" w:rsidP="00E65709">
      <w:pPr>
        <w:pStyle w:val="Ttulo1"/>
        <w:spacing w:before="180" w:after="80" w:line="288" w:lineRule="auto"/>
        <w:rPr>
          <w:rFonts w:ascii="Arial" w:eastAsia="Arial" w:hAnsi="Arial" w:cs="Arial"/>
          <w:sz w:val="20"/>
          <w:szCs w:val="20"/>
        </w:rPr>
      </w:pPr>
    </w:p>
    <w:p w14:paraId="3E5E4033" w14:textId="77777777" w:rsidR="00AF4B48" w:rsidRPr="004C7BAC" w:rsidRDefault="00E65709" w:rsidP="00E65709">
      <w:pPr>
        <w:pStyle w:val="Ttulo1"/>
        <w:spacing w:before="180" w:after="80" w:line="288" w:lineRule="auto"/>
        <w:rPr>
          <w:rFonts w:ascii="Arial" w:hAnsi="Arial" w:cs="Arial"/>
          <w:sz w:val="20"/>
          <w:szCs w:val="20"/>
          <w:lang w:val="es-ES"/>
        </w:rPr>
      </w:pPr>
      <w:r w:rsidRPr="004C7BAC">
        <w:rPr>
          <w:rFonts w:ascii="Arial" w:eastAsia="Arial" w:hAnsi="Arial" w:cs="Arial"/>
          <w:sz w:val="20"/>
          <w:szCs w:val="20"/>
          <w:lang w:val="es-ES"/>
        </w:rPr>
        <w:t>2. OBJETO Y ALCANCE DE LA MEMORIA</w:t>
      </w:r>
    </w:p>
    <w:p w14:paraId="40D1AEEE" w14:textId="77777777" w:rsidR="00AF4B48" w:rsidRPr="004C7BAC" w:rsidRDefault="00E65709" w:rsidP="00E65709">
      <w:pPr>
        <w:spacing w:after="60" w:line="288" w:lineRule="auto"/>
        <w:jc w:val="both"/>
        <w:rPr>
          <w:rFonts w:eastAsia="Arial" w:cs="Arial"/>
          <w:sz w:val="20"/>
          <w:szCs w:val="20"/>
          <w:lang w:val="es-ES"/>
        </w:rPr>
      </w:pPr>
      <w:r w:rsidRPr="004C7BAC">
        <w:rPr>
          <w:rFonts w:eastAsia="Arial" w:cs="Arial"/>
          <w:sz w:val="20"/>
          <w:szCs w:val="20"/>
          <w:lang w:val="es-ES"/>
        </w:rPr>
        <w:t>La presente memoria económica abreviada recoge los gastos incurridos y pagados en la realización de las actuaciones subvencionadas, su comparación con el presupuesto aprobado, las desviaciones producidas y las restantes declaraciones y documentos económicos exigidos por la Resolución de la Secretaría de Estado de Medio Ambiente de 23 de octubre de 2025 (en adelante, Resolución de Concesión) y la Guía de justificación.</w:t>
      </w:r>
    </w:p>
    <w:p w14:paraId="4730C876" w14:textId="77777777" w:rsidR="00593688" w:rsidRPr="004C7BAC" w:rsidRDefault="00593688" w:rsidP="00593688">
      <w:pPr>
        <w:pStyle w:val="Prrafodelista"/>
        <w:numPr>
          <w:ilvl w:val="0"/>
          <w:numId w:val="10"/>
        </w:numPr>
        <w:spacing w:after="60" w:line="288" w:lineRule="auto"/>
        <w:jc w:val="both"/>
        <w:rPr>
          <w:rFonts w:eastAsia="Arial" w:cs="Arial"/>
          <w:sz w:val="20"/>
          <w:szCs w:val="20"/>
          <w:lang w:val="es-ES"/>
        </w:rPr>
      </w:pPr>
      <w:r w:rsidRPr="004C7BAC">
        <w:rPr>
          <w:rFonts w:eastAsia="Arial" w:cs="Arial"/>
          <w:sz w:val="20"/>
          <w:szCs w:val="20"/>
          <w:lang w:val="es-ES"/>
        </w:rPr>
        <w:t xml:space="preserve">En el ANEXO I de la presente memoria económica se presenta todo el listado completo de los gastos justificados.  </w:t>
      </w:r>
    </w:p>
    <w:p w14:paraId="35873534" w14:textId="77777777" w:rsidR="00593688" w:rsidRPr="004C7BAC" w:rsidRDefault="00593688" w:rsidP="00593688">
      <w:pPr>
        <w:pStyle w:val="Prrafodelista"/>
        <w:numPr>
          <w:ilvl w:val="0"/>
          <w:numId w:val="10"/>
        </w:numPr>
        <w:spacing w:after="60" w:line="288" w:lineRule="auto"/>
        <w:jc w:val="both"/>
        <w:rPr>
          <w:rFonts w:eastAsia="Arial" w:cs="Arial"/>
          <w:sz w:val="20"/>
          <w:szCs w:val="20"/>
          <w:lang w:val="es-ES"/>
        </w:rPr>
      </w:pPr>
      <w:r w:rsidRPr="004C7BAC">
        <w:rPr>
          <w:rFonts w:eastAsia="Arial" w:cs="Arial"/>
          <w:sz w:val="20"/>
          <w:szCs w:val="20"/>
          <w:lang w:val="es-ES"/>
        </w:rPr>
        <w:t xml:space="preserve">En el ANEXO II se presenta el total por actuación justificado y la desviación observada con los importes concedidos. </w:t>
      </w:r>
    </w:p>
    <w:p w14:paraId="1F10D9AB" w14:textId="77777777" w:rsidR="00593688" w:rsidRPr="004C7BAC" w:rsidRDefault="00C263C6" w:rsidP="00593688">
      <w:pPr>
        <w:pStyle w:val="Prrafodelista"/>
        <w:numPr>
          <w:ilvl w:val="0"/>
          <w:numId w:val="10"/>
        </w:numPr>
        <w:spacing w:after="60" w:line="288" w:lineRule="auto"/>
        <w:jc w:val="both"/>
        <w:rPr>
          <w:rFonts w:eastAsia="Arial" w:cs="Arial"/>
          <w:sz w:val="20"/>
          <w:szCs w:val="20"/>
          <w:lang w:val="es-ES"/>
        </w:rPr>
      </w:pPr>
      <w:r w:rsidRPr="004C7BAC">
        <w:rPr>
          <w:rFonts w:eastAsia="Arial" w:cs="Arial"/>
          <w:sz w:val="20"/>
          <w:szCs w:val="20"/>
          <w:lang w:val="es-ES"/>
        </w:rPr>
        <w:t>En el ANEXO III</w:t>
      </w:r>
      <w:r w:rsidR="00593688" w:rsidRPr="004C7BAC">
        <w:rPr>
          <w:rFonts w:eastAsia="Arial" w:cs="Arial"/>
          <w:sz w:val="20"/>
          <w:szCs w:val="20"/>
          <w:lang w:val="es-ES"/>
        </w:rPr>
        <w:t xml:space="preserve"> la declaración relativa a otros ingresos y fuentes de financiación. </w:t>
      </w:r>
    </w:p>
    <w:p w14:paraId="647B3D6D" w14:textId="77777777" w:rsidR="00593688" w:rsidRPr="004C7BAC" w:rsidRDefault="00C263C6" w:rsidP="00593688">
      <w:pPr>
        <w:pStyle w:val="Prrafodelista"/>
        <w:numPr>
          <w:ilvl w:val="0"/>
          <w:numId w:val="10"/>
        </w:numPr>
        <w:spacing w:after="60" w:line="288" w:lineRule="auto"/>
        <w:jc w:val="both"/>
        <w:rPr>
          <w:rFonts w:eastAsia="Arial" w:cs="Arial"/>
          <w:sz w:val="20"/>
          <w:szCs w:val="20"/>
          <w:lang w:val="es-ES"/>
        </w:rPr>
      </w:pPr>
      <w:r w:rsidRPr="004C7BAC">
        <w:rPr>
          <w:rFonts w:eastAsia="Arial" w:cs="Arial"/>
          <w:sz w:val="20"/>
          <w:szCs w:val="20"/>
          <w:lang w:val="es-ES"/>
        </w:rPr>
        <w:t>En el ANEXO IV</w:t>
      </w:r>
      <w:r w:rsidR="00593688" w:rsidRPr="004C7BAC">
        <w:rPr>
          <w:rFonts w:eastAsia="Arial" w:cs="Arial"/>
          <w:sz w:val="20"/>
          <w:szCs w:val="20"/>
          <w:lang w:val="es-ES"/>
        </w:rPr>
        <w:t xml:space="preserve"> se recoge el listado de procedimientos de contratación.</w:t>
      </w:r>
    </w:p>
    <w:p w14:paraId="66F0634D" w14:textId="77777777" w:rsidR="00B36C81" w:rsidRPr="004C7BAC" w:rsidRDefault="00B36C81" w:rsidP="00E65709">
      <w:pPr>
        <w:pStyle w:val="Ttulo1"/>
        <w:spacing w:before="180" w:after="80" w:line="288" w:lineRule="auto"/>
        <w:rPr>
          <w:rFonts w:ascii="Arial" w:eastAsia="Arial" w:hAnsi="Arial" w:cs="Arial"/>
          <w:sz w:val="20"/>
          <w:szCs w:val="20"/>
          <w:lang w:val="es-ES"/>
        </w:rPr>
      </w:pPr>
    </w:p>
    <w:p w14:paraId="2F1E5F9C" w14:textId="77777777" w:rsidR="00AF4B48" w:rsidRPr="004C7BAC" w:rsidRDefault="00E65709" w:rsidP="00E65709">
      <w:pPr>
        <w:pStyle w:val="Ttulo1"/>
        <w:spacing w:before="180" w:after="80" w:line="288" w:lineRule="auto"/>
        <w:rPr>
          <w:rFonts w:ascii="Arial" w:hAnsi="Arial" w:cs="Arial"/>
          <w:sz w:val="20"/>
          <w:szCs w:val="20"/>
          <w:lang w:val="es-ES"/>
        </w:rPr>
      </w:pPr>
      <w:r w:rsidRPr="004C7BAC">
        <w:rPr>
          <w:rFonts w:ascii="Arial" w:eastAsia="Arial" w:hAnsi="Arial" w:cs="Arial"/>
          <w:sz w:val="20"/>
          <w:szCs w:val="20"/>
          <w:lang w:val="es-ES"/>
        </w:rPr>
        <w:t>3. RESUMEN DE LA EJECUCIÓN ECONÓMICA</w:t>
      </w:r>
    </w:p>
    <w:p w14:paraId="3B46A6F5" w14:textId="77777777" w:rsidR="00AF4B48" w:rsidRPr="004C7BAC" w:rsidRDefault="00E65709" w:rsidP="00E65709">
      <w:pPr>
        <w:pStyle w:val="Ttulo2"/>
        <w:spacing w:before="140" w:after="40" w:line="288" w:lineRule="auto"/>
        <w:rPr>
          <w:rFonts w:ascii="Arial" w:hAnsi="Arial" w:cs="Arial"/>
          <w:sz w:val="20"/>
          <w:szCs w:val="20"/>
          <w:lang w:val="es-ES"/>
        </w:rPr>
      </w:pPr>
      <w:r w:rsidRPr="004C7BAC">
        <w:rPr>
          <w:rFonts w:ascii="Arial" w:eastAsia="Arial" w:hAnsi="Arial" w:cs="Arial"/>
          <w:sz w:val="20"/>
          <w:szCs w:val="20"/>
          <w:lang w:val="es-ES"/>
        </w:rPr>
        <w:t>3.1. Resultados globales</w:t>
      </w:r>
    </w:p>
    <w:tbl>
      <w:tblPr>
        <w:tblStyle w:val="Tablaconcuadrcula"/>
        <w:tblW w:w="9300"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6500"/>
        <w:gridCol w:w="2800"/>
      </w:tblGrid>
      <w:tr w:rsidR="00AF4B48" w:rsidRPr="00E65709" w14:paraId="38DBFA20" w14:textId="77777777">
        <w:trPr>
          <w:tblHeader/>
          <w:jc w:val="center"/>
        </w:trPr>
        <w:tc>
          <w:tcPr>
            <w:tcW w:w="6500" w:type="dxa"/>
            <w:shd w:val="clear" w:color="auto" w:fill="EAF0F6"/>
            <w:tcMar>
              <w:top w:w="55" w:type="dxa"/>
              <w:left w:w="70" w:type="dxa"/>
              <w:bottom w:w="55" w:type="dxa"/>
              <w:right w:w="70" w:type="dxa"/>
            </w:tcMar>
            <w:vAlign w:val="center"/>
          </w:tcPr>
          <w:p w14:paraId="207FE331" w14:textId="77777777" w:rsidR="00AF4B48" w:rsidRPr="00E65709" w:rsidRDefault="00E65709" w:rsidP="00E65709">
            <w:pPr>
              <w:spacing w:after="0" w:line="288" w:lineRule="auto"/>
              <w:rPr>
                <w:rFonts w:cs="Arial"/>
                <w:sz w:val="20"/>
                <w:szCs w:val="20"/>
              </w:rPr>
            </w:pPr>
            <w:proofErr w:type="spellStart"/>
            <w:r w:rsidRPr="00E65709">
              <w:rPr>
                <w:rFonts w:eastAsia="Arial" w:cs="Arial"/>
                <w:b/>
                <w:sz w:val="20"/>
                <w:szCs w:val="20"/>
              </w:rPr>
              <w:t>Concepto</w:t>
            </w:r>
            <w:proofErr w:type="spellEnd"/>
          </w:p>
        </w:tc>
        <w:tc>
          <w:tcPr>
            <w:tcW w:w="2800" w:type="dxa"/>
            <w:shd w:val="clear" w:color="auto" w:fill="FFFFFF"/>
            <w:tcMar>
              <w:top w:w="55" w:type="dxa"/>
              <w:left w:w="70" w:type="dxa"/>
              <w:bottom w:w="55" w:type="dxa"/>
              <w:right w:w="70" w:type="dxa"/>
            </w:tcMar>
            <w:vAlign w:val="center"/>
          </w:tcPr>
          <w:p w14:paraId="653B8EA3" w14:textId="77777777" w:rsidR="00AF4B48" w:rsidRPr="00E65709" w:rsidRDefault="00E65709" w:rsidP="00E65709">
            <w:pPr>
              <w:spacing w:after="0" w:line="288" w:lineRule="auto"/>
              <w:rPr>
                <w:rFonts w:cs="Arial"/>
                <w:sz w:val="20"/>
                <w:szCs w:val="20"/>
              </w:rPr>
            </w:pPr>
            <w:proofErr w:type="spellStart"/>
            <w:r w:rsidRPr="00E65709">
              <w:rPr>
                <w:rFonts w:eastAsia="Arial" w:cs="Arial"/>
                <w:sz w:val="20"/>
                <w:szCs w:val="20"/>
              </w:rPr>
              <w:t>Importe</w:t>
            </w:r>
            <w:proofErr w:type="spellEnd"/>
            <w:r w:rsidRPr="00E65709">
              <w:rPr>
                <w:rFonts w:eastAsia="Arial" w:cs="Arial"/>
                <w:sz w:val="20"/>
                <w:szCs w:val="20"/>
              </w:rPr>
              <w:t xml:space="preserve"> (€)</w:t>
            </w:r>
          </w:p>
        </w:tc>
      </w:tr>
      <w:tr w:rsidR="00AF4B48" w:rsidRPr="00E65709" w14:paraId="115F0B8D" w14:textId="77777777">
        <w:trPr>
          <w:jc w:val="center"/>
        </w:trPr>
        <w:tc>
          <w:tcPr>
            <w:tcW w:w="6500" w:type="dxa"/>
            <w:shd w:val="clear" w:color="auto" w:fill="EAF0F6"/>
            <w:tcMar>
              <w:top w:w="55" w:type="dxa"/>
              <w:left w:w="70" w:type="dxa"/>
              <w:bottom w:w="55" w:type="dxa"/>
              <w:right w:w="70" w:type="dxa"/>
            </w:tcMar>
            <w:vAlign w:val="center"/>
          </w:tcPr>
          <w:p w14:paraId="6A178194" w14:textId="77777777" w:rsidR="00AF4B48" w:rsidRPr="00E65709" w:rsidRDefault="00E65709" w:rsidP="00E65709">
            <w:pPr>
              <w:spacing w:after="0" w:line="288" w:lineRule="auto"/>
              <w:rPr>
                <w:rFonts w:cs="Arial"/>
                <w:sz w:val="20"/>
                <w:szCs w:val="20"/>
              </w:rPr>
            </w:pPr>
            <w:proofErr w:type="spellStart"/>
            <w:r w:rsidRPr="00E65709">
              <w:rPr>
                <w:rFonts w:eastAsia="Arial" w:cs="Arial"/>
                <w:b/>
                <w:sz w:val="20"/>
                <w:szCs w:val="20"/>
              </w:rPr>
              <w:t>Presupuesto</w:t>
            </w:r>
            <w:proofErr w:type="spellEnd"/>
            <w:r w:rsidRPr="00E65709">
              <w:rPr>
                <w:rFonts w:eastAsia="Arial" w:cs="Arial"/>
                <w:b/>
                <w:sz w:val="20"/>
                <w:szCs w:val="20"/>
              </w:rPr>
              <w:t xml:space="preserve"> </w:t>
            </w:r>
            <w:proofErr w:type="spellStart"/>
            <w:r w:rsidRPr="00E65709">
              <w:rPr>
                <w:rFonts w:eastAsia="Arial" w:cs="Arial"/>
                <w:b/>
                <w:sz w:val="20"/>
                <w:szCs w:val="20"/>
              </w:rPr>
              <w:t>aprobado</w:t>
            </w:r>
            <w:proofErr w:type="spellEnd"/>
            <w:r w:rsidRPr="00E65709">
              <w:rPr>
                <w:rFonts w:eastAsia="Arial" w:cs="Arial"/>
                <w:b/>
                <w:sz w:val="20"/>
                <w:szCs w:val="20"/>
              </w:rPr>
              <w:t xml:space="preserve"> </w:t>
            </w:r>
            <w:proofErr w:type="spellStart"/>
            <w:r w:rsidRPr="00E65709">
              <w:rPr>
                <w:rFonts w:eastAsia="Arial" w:cs="Arial"/>
                <w:b/>
                <w:sz w:val="20"/>
                <w:szCs w:val="20"/>
              </w:rPr>
              <w:t>vigente</w:t>
            </w:r>
            <w:proofErr w:type="spellEnd"/>
          </w:p>
        </w:tc>
        <w:tc>
          <w:tcPr>
            <w:tcW w:w="2800" w:type="dxa"/>
            <w:shd w:val="clear" w:color="auto" w:fill="FFFFFF"/>
            <w:tcMar>
              <w:top w:w="55" w:type="dxa"/>
              <w:left w:w="70" w:type="dxa"/>
              <w:bottom w:w="55" w:type="dxa"/>
              <w:right w:w="70" w:type="dxa"/>
            </w:tcMar>
            <w:vAlign w:val="center"/>
          </w:tcPr>
          <w:p w14:paraId="22D2F072" w14:textId="77777777" w:rsidR="00AF4B48" w:rsidRPr="00E65709" w:rsidRDefault="00E65709" w:rsidP="00E65709">
            <w:pPr>
              <w:spacing w:after="0" w:line="288" w:lineRule="auto"/>
              <w:rPr>
                <w:rFonts w:cs="Arial"/>
                <w:sz w:val="20"/>
                <w:szCs w:val="20"/>
              </w:rPr>
            </w:pPr>
            <w:r w:rsidRPr="00E65709">
              <w:rPr>
                <w:rFonts w:eastAsia="Arial" w:cs="Arial"/>
                <w:sz w:val="20"/>
                <w:szCs w:val="20"/>
              </w:rPr>
              <w:t>[IMPORTE]</w:t>
            </w:r>
          </w:p>
        </w:tc>
      </w:tr>
      <w:tr w:rsidR="00AF4B48" w:rsidRPr="00E65709" w14:paraId="68A03A8A" w14:textId="77777777">
        <w:trPr>
          <w:jc w:val="center"/>
        </w:trPr>
        <w:tc>
          <w:tcPr>
            <w:tcW w:w="6500" w:type="dxa"/>
            <w:shd w:val="clear" w:color="auto" w:fill="EAF0F6"/>
            <w:tcMar>
              <w:top w:w="55" w:type="dxa"/>
              <w:left w:w="70" w:type="dxa"/>
              <w:bottom w:w="55" w:type="dxa"/>
              <w:right w:w="70" w:type="dxa"/>
            </w:tcMar>
            <w:vAlign w:val="center"/>
          </w:tcPr>
          <w:p w14:paraId="064AD44D" w14:textId="77777777" w:rsidR="00AF4B48" w:rsidRPr="00E65709" w:rsidRDefault="00E65709" w:rsidP="00E65709">
            <w:pPr>
              <w:spacing w:after="0" w:line="288" w:lineRule="auto"/>
              <w:rPr>
                <w:rFonts w:cs="Arial"/>
                <w:sz w:val="20"/>
                <w:szCs w:val="20"/>
              </w:rPr>
            </w:pPr>
            <w:r w:rsidRPr="00E65709">
              <w:rPr>
                <w:rFonts w:eastAsia="Arial" w:cs="Arial"/>
                <w:b/>
                <w:sz w:val="20"/>
                <w:szCs w:val="20"/>
              </w:rPr>
              <w:t xml:space="preserve">Costes </w:t>
            </w:r>
            <w:proofErr w:type="spellStart"/>
            <w:r w:rsidRPr="00E65709">
              <w:rPr>
                <w:rFonts w:eastAsia="Arial" w:cs="Arial"/>
                <w:b/>
                <w:sz w:val="20"/>
                <w:szCs w:val="20"/>
              </w:rPr>
              <w:t>directos</w:t>
            </w:r>
            <w:proofErr w:type="spellEnd"/>
            <w:r w:rsidRPr="00E65709">
              <w:rPr>
                <w:rFonts w:eastAsia="Arial" w:cs="Arial"/>
                <w:b/>
                <w:sz w:val="20"/>
                <w:szCs w:val="20"/>
              </w:rPr>
              <w:t xml:space="preserve"> </w:t>
            </w:r>
            <w:proofErr w:type="spellStart"/>
            <w:r w:rsidRPr="00E65709">
              <w:rPr>
                <w:rFonts w:eastAsia="Arial" w:cs="Arial"/>
                <w:b/>
                <w:sz w:val="20"/>
                <w:szCs w:val="20"/>
              </w:rPr>
              <w:t>justificados</w:t>
            </w:r>
            <w:proofErr w:type="spellEnd"/>
          </w:p>
        </w:tc>
        <w:tc>
          <w:tcPr>
            <w:tcW w:w="2800" w:type="dxa"/>
            <w:shd w:val="clear" w:color="auto" w:fill="FFFFFF"/>
            <w:tcMar>
              <w:top w:w="55" w:type="dxa"/>
              <w:left w:w="70" w:type="dxa"/>
              <w:bottom w:w="55" w:type="dxa"/>
              <w:right w:w="70" w:type="dxa"/>
            </w:tcMar>
            <w:vAlign w:val="center"/>
          </w:tcPr>
          <w:p w14:paraId="7FBF4AA9" w14:textId="77777777" w:rsidR="00AF4B48" w:rsidRPr="00E65709" w:rsidRDefault="00E65709" w:rsidP="00E65709">
            <w:pPr>
              <w:spacing w:after="0" w:line="288" w:lineRule="auto"/>
              <w:rPr>
                <w:rFonts w:cs="Arial"/>
                <w:sz w:val="20"/>
                <w:szCs w:val="20"/>
              </w:rPr>
            </w:pPr>
            <w:r w:rsidRPr="00E65709">
              <w:rPr>
                <w:rFonts w:eastAsia="Arial" w:cs="Arial"/>
                <w:sz w:val="20"/>
                <w:szCs w:val="20"/>
              </w:rPr>
              <w:t>[IMPORTE]</w:t>
            </w:r>
          </w:p>
        </w:tc>
      </w:tr>
      <w:tr w:rsidR="00AF4B48" w:rsidRPr="00E65709" w14:paraId="2C3BE6DD" w14:textId="77777777">
        <w:trPr>
          <w:jc w:val="center"/>
        </w:trPr>
        <w:tc>
          <w:tcPr>
            <w:tcW w:w="6500" w:type="dxa"/>
            <w:shd w:val="clear" w:color="auto" w:fill="EAF0F6"/>
            <w:tcMar>
              <w:top w:w="55" w:type="dxa"/>
              <w:left w:w="70" w:type="dxa"/>
              <w:bottom w:w="55" w:type="dxa"/>
              <w:right w:w="70" w:type="dxa"/>
            </w:tcMar>
            <w:vAlign w:val="center"/>
          </w:tcPr>
          <w:p w14:paraId="65F2B7CB" w14:textId="77777777" w:rsidR="00AF4B48" w:rsidRPr="004C7BAC" w:rsidRDefault="00E65709" w:rsidP="00E65709">
            <w:pPr>
              <w:spacing w:after="0" w:line="288" w:lineRule="auto"/>
              <w:rPr>
                <w:rFonts w:cs="Arial"/>
                <w:sz w:val="20"/>
                <w:szCs w:val="20"/>
                <w:lang w:val="es-ES"/>
              </w:rPr>
            </w:pPr>
            <w:r w:rsidRPr="004C7BAC">
              <w:rPr>
                <w:rFonts w:eastAsia="Arial" w:cs="Arial"/>
                <w:b/>
                <w:sz w:val="20"/>
                <w:szCs w:val="20"/>
                <w:lang w:val="es-ES"/>
              </w:rPr>
              <w:t>Costes indirectos justificados (máx. 4 % de costes directos)</w:t>
            </w:r>
          </w:p>
        </w:tc>
        <w:tc>
          <w:tcPr>
            <w:tcW w:w="2800" w:type="dxa"/>
            <w:shd w:val="clear" w:color="auto" w:fill="FFFFFF"/>
            <w:tcMar>
              <w:top w:w="55" w:type="dxa"/>
              <w:left w:w="70" w:type="dxa"/>
              <w:bottom w:w="55" w:type="dxa"/>
              <w:right w:w="70" w:type="dxa"/>
            </w:tcMar>
            <w:vAlign w:val="center"/>
          </w:tcPr>
          <w:p w14:paraId="2B81C3A9" w14:textId="77777777" w:rsidR="00AF4B48" w:rsidRPr="00E65709" w:rsidRDefault="00E65709" w:rsidP="00E65709">
            <w:pPr>
              <w:spacing w:after="0" w:line="288" w:lineRule="auto"/>
              <w:rPr>
                <w:rFonts w:cs="Arial"/>
                <w:sz w:val="20"/>
                <w:szCs w:val="20"/>
              </w:rPr>
            </w:pPr>
            <w:r w:rsidRPr="00E65709">
              <w:rPr>
                <w:rFonts w:eastAsia="Arial" w:cs="Arial"/>
                <w:sz w:val="20"/>
                <w:szCs w:val="20"/>
              </w:rPr>
              <w:t>[IMPORTE]</w:t>
            </w:r>
          </w:p>
        </w:tc>
      </w:tr>
      <w:tr w:rsidR="00AF4B48" w:rsidRPr="00E65709" w14:paraId="57416149" w14:textId="77777777">
        <w:trPr>
          <w:jc w:val="center"/>
        </w:trPr>
        <w:tc>
          <w:tcPr>
            <w:tcW w:w="6500" w:type="dxa"/>
            <w:shd w:val="clear" w:color="auto" w:fill="EAF0F6"/>
            <w:tcMar>
              <w:top w:w="55" w:type="dxa"/>
              <w:left w:w="70" w:type="dxa"/>
              <w:bottom w:w="55" w:type="dxa"/>
              <w:right w:w="70" w:type="dxa"/>
            </w:tcMar>
            <w:vAlign w:val="center"/>
          </w:tcPr>
          <w:p w14:paraId="1114762B" w14:textId="77777777" w:rsidR="00AF4B48" w:rsidRPr="00E65709" w:rsidRDefault="00E65709" w:rsidP="00E65709">
            <w:pPr>
              <w:spacing w:after="0" w:line="288" w:lineRule="auto"/>
              <w:rPr>
                <w:rFonts w:cs="Arial"/>
                <w:sz w:val="20"/>
                <w:szCs w:val="20"/>
              </w:rPr>
            </w:pPr>
            <w:r w:rsidRPr="00E65709">
              <w:rPr>
                <w:rFonts w:eastAsia="Arial" w:cs="Arial"/>
                <w:b/>
                <w:sz w:val="20"/>
                <w:szCs w:val="20"/>
              </w:rPr>
              <w:t xml:space="preserve">Total </w:t>
            </w:r>
            <w:proofErr w:type="spellStart"/>
            <w:r w:rsidRPr="00E65709">
              <w:rPr>
                <w:rFonts w:eastAsia="Arial" w:cs="Arial"/>
                <w:b/>
                <w:sz w:val="20"/>
                <w:szCs w:val="20"/>
              </w:rPr>
              <w:t>gastos</w:t>
            </w:r>
            <w:proofErr w:type="spellEnd"/>
            <w:r w:rsidRPr="00E65709">
              <w:rPr>
                <w:rFonts w:eastAsia="Arial" w:cs="Arial"/>
                <w:b/>
                <w:sz w:val="20"/>
                <w:szCs w:val="20"/>
              </w:rPr>
              <w:t xml:space="preserve"> </w:t>
            </w:r>
            <w:proofErr w:type="spellStart"/>
            <w:r w:rsidRPr="00E65709">
              <w:rPr>
                <w:rFonts w:eastAsia="Arial" w:cs="Arial"/>
                <w:b/>
                <w:sz w:val="20"/>
                <w:szCs w:val="20"/>
              </w:rPr>
              <w:t>justificados</w:t>
            </w:r>
            <w:proofErr w:type="spellEnd"/>
          </w:p>
        </w:tc>
        <w:tc>
          <w:tcPr>
            <w:tcW w:w="2800" w:type="dxa"/>
            <w:shd w:val="clear" w:color="auto" w:fill="FFFFFF"/>
            <w:tcMar>
              <w:top w:w="55" w:type="dxa"/>
              <w:left w:w="70" w:type="dxa"/>
              <w:bottom w:w="55" w:type="dxa"/>
              <w:right w:w="70" w:type="dxa"/>
            </w:tcMar>
            <w:vAlign w:val="center"/>
          </w:tcPr>
          <w:p w14:paraId="590606D8" w14:textId="77777777" w:rsidR="00AF4B48" w:rsidRPr="00E65709" w:rsidRDefault="00E65709" w:rsidP="00E65709">
            <w:pPr>
              <w:spacing w:after="0" w:line="288" w:lineRule="auto"/>
              <w:rPr>
                <w:rFonts w:cs="Arial"/>
                <w:sz w:val="20"/>
                <w:szCs w:val="20"/>
              </w:rPr>
            </w:pPr>
            <w:r w:rsidRPr="00E65709">
              <w:rPr>
                <w:rFonts w:eastAsia="Arial" w:cs="Arial"/>
                <w:sz w:val="20"/>
                <w:szCs w:val="20"/>
              </w:rPr>
              <w:t>[IMPORTE]</w:t>
            </w:r>
          </w:p>
        </w:tc>
      </w:tr>
      <w:tr w:rsidR="00AF4B48" w:rsidRPr="00E65709" w14:paraId="4C85F58F" w14:textId="77777777">
        <w:trPr>
          <w:jc w:val="center"/>
        </w:trPr>
        <w:tc>
          <w:tcPr>
            <w:tcW w:w="6500" w:type="dxa"/>
            <w:shd w:val="clear" w:color="auto" w:fill="EAF0F6"/>
            <w:tcMar>
              <w:top w:w="55" w:type="dxa"/>
              <w:left w:w="70" w:type="dxa"/>
              <w:bottom w:w="55" w:type="dxa"/>
              <w:right w:w="70" w:type="dxa"/>
            </w:tcMar>
            <w:vAlign w:val="center"/>
          </w:tcPr>
          <w:p w14:paraId="023E1F0A" w14:textId="77777777" w:rsidR="00AF4B48" w:rsidRPr="00E65709" w:rsidRDefault="00E65709" w:rsidP="0052599B">
            <w:pPr>
              <w:spacing w:after="0" w:line="288" w:lineRule="auto"/>
              <w:rPr>
                <w:rFonts w:cs="Arial"/>
                <w:sz w:val="20"/>
                <w:szCs w:val="20"/>
              </w:rPr>
            </w:pPr>
            <w:proofErr w:type="spellStart"/>
            <w:r w:rsidRPr="00E65709">
              <w:rPr>
                <w:rFonts w:eastAsia="Arial" w:cs="Arial"/>
                <w:b/>
                <w:sz w:val="20"/>
                <w:szCs w:val="20"/>
              </w:rPr>
              <w:t>Otros</w:t>
            </w:r>
            <w:proofErr w:type="spellEnd"/>
            <w:r w:rsidRPr="00E65709">
              <w:rPr>
                <w:rFonts w:eastAsia="Arial" w:cs="Arial"/>
                <w:b/>
                <w:sz w:val="20"/>
                <w:szCs w:val="20"/>
              </w:rPr>
              <w:t xml:space="preserve"> </w:t>
            </w:r>
            <w:proofErr w:type="spellStart"/>
            <w:r w:rsidRPr="00E65709">
              <w:rPr>
                <w:rFonts w:eastAsia="Arial" w:cs="Arial"/>
                <w:b/>
                <w:sz w:val="20"/>
                <w:szCs w:val="20"/>
              </w:rPr>
              <w:t>ingresos</w:t>
            </w:r>
            <w:proofErr w:type="spellEnd"/>
          </w:p>
        </w:tc>
        <w:tc>
          <w:tcPr>
            <w:tcW w:w="2800" w:type="dxa"/>
            <w:shd w:val="clear" w:color="auto" w:fill="FFFFFF"/>
            <w:tcMar>
              <w:top w:w="55" w:type="dxa"/>
              <w:left w:w="70" w:type="dxa"/>
              <w:bottom w:w="55" w:type="dxa"/>
              <w:right w:w="70" w:type="dxa"/>
            </w:tcMar>
            <w:vAlign w:val="center"/>
          </w:tcPr>
          <w:p w14:paraId="24397D3B" w14:textId="77777777" w:rsidR="00AF4B48" w:rsidRPr="00E65709" w:rsidRDefault="00E65709" w:rsidP="00E65709">
            <w:pPr>
              <w:spacing w:after="0" w:line="288" w:lineRule="auto"/>
              <w:rPr>
                <w:rFonts w:cs="Arial"/>
                <w:sz w:val="20"/>
                <w:szCs w:val="20"/>
              </w:rPr>
            </w:pPr>
            <w:r w:rsidRPr="00E65709">
              <w:rPr>
                <w:rFonts w:eastAsia="Arial" w:cs="Arial"/>
                <w:sz w:val="20"/>
                <w:szCs w:val="20"/>
              </w:rPr>
              <w:t>[IMPORTE]</w:t>
            </w:r>
          </w:p>
        </w:tc>
      </w:tr>
      <w:tr w:rsidR="00AF4B48" w:rsidRPr="00E65709" w14:paraId="7763E80B" w14:textId="77777777">
        <w:trPr>
          <w:jc w:val="center"/>
        </w:trPr>
        <w:tc>
          <w:tcPr>
            <w:tcW w:w="6500" w:type="dxa"/>
            <w:shd w:val="clear" w:color="auto" w:fill="EAF0F6"/>
            <w:tcMar>
              <w:top w:w="55" w:type="dxa"/>
              <w:left w:w="70" w:type="dxa"/>
              <w:bottom w:w="55" w:type="dxa"/>
              <w:right w:w="70" w:type="dxa"/>
            </w:tcMar>
            <w:vAlign w:val="center"/>
          </w:tcPr>
          <w:p w14:paraId="4A2A5779" w14:textId="77777777" w:rsidR="00AF4B48" w:rsidRPr="00E65709" w:rsidRDefault="00E65709" w:rsidP="00E65709">
            <w:pPr>
              <w:spacing w:after="0" w:line="288" w:lineRule="auto"/>
              <w:rPr>
                <w:rFonts w:cs="Arial"/>
                <w:sz w:val="20"/>
                <w:szCs w:val="20"/>
              </w:rPr>
            </w:pPr>
            <w:r>
              <w:rPr>
                <w:rFonts w:eastAsia="Arial" w:cs="Arial"/>
                <w:b/>
                <w:sz w:val="20"/>
                <w:szCs w:val="20"/>
              </w:rPr>
              <w:t xml:space="preserve">Total </w:t>
            </w:r>
            <w:proofErr w:type="spellStart"/>
            <w:r>
              <w:rPr>
                <w:rFonts w:eastAsia="Arial" w:cs="Arial"/>
                <w:b/>
                <w:sz w:val="20"/>
                <w:szCs w:val="20"/>
              </w:rPr>
              <w:t>importe</w:t>
            </w:r>
            <w:proofErr w:type="spellEnd"/>
            <w:r>
              <w:rPr>
                <w:rFonts w:eastAsia="Arial" w:cs="Arial"/>
                <w:b/>
                <w:sz w:val="20"/>
                <w:szCs w:val="20"/>
              </w:rPr>
              <w:t xml:space="preserve"> </w:t>
            </w:r>
            <w:proofErr w:type="spellStart"/>
            <w:r>
              <w:rPr>
                <w:rFonts w:eastAsia="Arial" w:cs="Arial"/>
                <w:b/>
                <w:sz w:val="20"/>
                <w:szCs w:val="20"/>
              </w:rPr>
              <w:t>subvencionable</w:t>
            </w:r>
            <w:proofErr w:type="spellEnd"/>
          </w:p>
        </w:tc>
        <w:tc>
          <w:tcPr>
            <w:tcW w:w="2800" w:type="dxa"/>
            <w:shd w:val="clear" w:color="auto" w:fill="FFFFFF"/>
            <w:tcMar>
              <w:top w:w="55" w:type="dxa"/>
              <w:left w:w="70" w:type="dxa"/>
              <w:bottom w:w="55" w:type="dxa"/>
              <w:right w:w="70" w:type="dxa"/>
            </w:tcMar>
            <w:vAlign w:val="center"/>
          </w:tcPr>
          <w:p w14:paraId="556AA5B5" w14:textId="77777777" w:rsidR="00AF4B48" w:rsidRPr="00E65709" w:rsidRDefault="00E65709" w:rsidP="00E65709">
            <w:pPr>
              <w:spacing w:after="0" w:line="288" w:lineRule="auto"/>
              <w:rPr>
                <w:rFonts w:cs="Arial"/>
                <w:sz w:val="20"/>
                <w:szCs w:val="20"/>
              </w:rPr>
            </w:pPr>
            <w:r w:rsidRPr="00E65709">
              <w:rPr>
                <w:rFonts w:eastAsia="Arial" w:cs="Arial"/>
                <w:sz w:val="20"/>
                <w:szCs w:val="20"/>
              </w:rPr>
              <w:t>[IMPORTE]</w:t>
            </w:r>
          </w:p>
        </w:tc>
      </w:tr>
    </w:tbl>
    <w:p w14:paraId="4EC9DF49" w14:textId="77777777" w:rsidR="00F31A20" w:rsidRPr="004C7BAC" w:rsidRDefault="00E65709" w:rsidP="00E65709">
      <w:pPr>
        <w:pStyle w:val="Notadecumplimentacin"/>
        <w:spacing w:after="60" w:line="288" w:lineRule="auto"/>
        <w:jc w:val="both"/>
        <w:rPr>
          <w:rFonts w:eastAsia="Arial" w:cs="Arial"/>
          <w:color w:val="000000"/>
          <w:sz w:val="20"/>
          <w:szCs w:val="20"/>
          <w:lang w:val="es-ES"/>
        </w:rPr>
      </w:pPr>
      <w:r w:rsidRPr="004C7BAC">
        <w:rPr>
          <w:rFonts w:eastAsia="Arial" w:cs="Arial"/>
          <w:color w:val="000000"/>
          <w:sz w:val="20"/>
          <w:szCs w:val="20"/>
          <w:lang w:val="es-ES"/>
        </w:rPr>
        <w:lastRenderedPageBreak/>
        <w:t>La suma de todas las fuentes de financiación no podrá superar el coste total de la actividad subvencionada.</w:t>
      </w:r>
    </w:p>
    <w:p w14:paraId="3187E5F0" w14:textId="77777777" w:rsidR="00AF4B48" w:rsidRPr="004C7BAC" w:rsidRDefault="00AF4B48" w:rsidP="00E65709">
      <w:pPr>
        <w:pStyle w:val="Notadecumplimentacin"/>
        <w:spacing w:after="60" w:line="288" w:lineRule="auto"/>
        <w:jc w:val="both"/>
        <w:rPr>
          <w:rFonts w:cs="Arial"/>
          <w:sz w:val="20"/>
          <w:szCs w:val="20"/>
          <w:lang w:val="es-ES"/>
        </w:rPr>
      </w:pPr>
    </w:p>
    <w:p w14:paraId="458CE9AD" w14:textId="77777777" w:rsidR="00AF4B48" w:rsidRPr="004C7BAC" w:rsidRDefault="00E65709" w:rsidP="00E65709">
      <w:pPr>
        <w:pStyle w:val="Ttulo2"/>
        <w:spacing w:before="140" w:after="40" w:line="288" w:lineRule="auto"/>
        <w:rPr>
          <w:rFonts w:ascii="Arial" w:hAnsi="Arial" w:cs="Arial"/>
          <w:sz w:val="20"/>
          <w:szCs w:val="20"/>
          <w:lang w:val="es-ES"/>
        </w:rPr>
      </w:pPr>
      <w:r w:rsidRPr="004C7BAC">
        <w:rPr>
          <w:rFonts w:ascii="Arial" w:eastAsia="Arial" w:hAnsi="Arial" w:cs="Arial"/>
          <w:sz w:val="20"/>
          <w:szCs w:val="20"/>
          <w:lang w:val="es-ES"/>
        </w:rPr>
        <w:t>3.2. Estado agrupado de gastos y desviaciones por actuación prevista en la memoria</w:t>
      </w:r>
    </w:p>
    <w:p w14:paraId="49ED623F" w14:textId="77777777" w:rsidR="00C263C6" w:rsidRPr="004C7BAC" w:rsidRDefault="00C263C6" w:rsidP="00C263C6">
      <w:pPr>
        <w:spacing w:after="60" w:line="288" w:lineRule="auto"/>
        <w:jc w:val="both"/>
        <w:rPr>
          <w:rFonts w:eastAsia="Arial" w:cs="Arial"/>
          <w:sz w:val="20"/>
          <w:szCs w:val="20"/>
          <w:lang w:val="es-ES"/>
        </w:rPr>
      </w:pPr>
      <w:r w:rsidRPr="004C7BAC">
        <w:rPr>
          <w:rFonts w:eastAsia="Arial" w:cs="Arial"/>
          <w:sz w:val="20"/>
          <w:szCs w:val="20"/>
          <w:lang w:val="es-ES"/>
        </w:rPr>
        <w:t>Los importes totales justificados y la desviación observada para cada una de las actuaciones recogidas en la memoria aprobada se encuentran en el Anexo II de la presente memoria económica.</w:t>
      </w:r>
    </w:p>
    <w:p w14:paraId="32DEE0E8" w14:textId="77777777" w:rsidR="00B36C81" w:rsidRPr="004C7BAC" w:rsidRDefault="00B36C81" w:rsidP="00C263C6">
      <w:pPr>
        <w:spacing w:after="60" w:line="288" w:lineRule="auto"/>
        <w:jc w:val="both"/>
        <w:rPr>
          <w:rFonts w:cs="Arial"/>
          <w:sz w:val="20"/>
          <w:szCs w:val="20"/>
          <w:lang w:val="es-ES"/>
        </w:rPr>
      </w:pPr>
    </w:p>
    <w:p w14:paraId="2B66EBD7" w14:textId="77777777" w:rsidR="00AF4B48" w:rsidRPr="00B36C81" w:rsidRDefault="00F31A20" w:rsidP="00B36C81">
      <w:pPr>
        <w:pStyle w:val="Ttulo2"/>
        <w:spacing w:before="140" w:after="40" w:line="288" w:lineRule="auto"/>
        <w:rPr>
          <w:rFonts w:ascii="Arial" w:eastAsia="Arial" w:hAnsi="Arial" w:cs="Arial"/>
          <w:sz w:val="20"/>
          <w:szCs w:val="20"/>
        </w:rPr>
      </w:pPr>
      <w:r>
        <w:rPr>
          <w:rFonts w:ascii="Arial" w:eastAsia="Arial" w:hAnsi="Arial" w:cs="Arial"/>
          <w:sz w:val="20"/>
          <w:szCs w:val="20"/>
        </w:rPr>
        <w:t>3.3</w:t>
      </w:r>
      <w:r w:rsidR="00E65709" w:rsidRPr="00E65709">
        <w:rPr>
          <w:rFonts w:ascii="Arial" w:eastAsia="Arial" w:hAnsi="Arial" w:cs="Arial"/>
          <w:sz w:val="20"/>
          <w:szCs w:val="20"/>
        </w:rPr>
        <w:t xml:space="preserve">. IVA y </w:t>
      </w:r>
      <w:proofErr w:type="spellStart"/>
      <w:r w:rsidR="00E65709" w:rsidRPr="00E65709">
        <w:rPr>
          <w:rFonts w:ascii="Arial" w:eastAsia="Arial" w:hAnsi="Arial" w:cs="Arial"/>
          <w:sz w:val="20"/>
          <w:szCs w:val="20"/>
        </w:rPr>
        <w:t>otros</w:t>
      </w:r>
      <w:proofErr w:type="spellEnd"/>
      <w:r w:rsidR="00E65709" w:rsidRPr="00E65709">
        <w:rPr>
          <w:rFonts w:ascii="Arial" w:eastAsia="Arial" w:hAnsi="Arial" w:cs="Arial"/>
          <w:sz w:val="20"/>
          <w:szCs w:val="20"/>
        </w:rPr>
        <w:t xml:space="preserve"> </w:t>
      </w:r>
      <w:proofErr w:type="spellStart"/>
      <w:r w:rsidR="00E65709" w:rsidRPr="00E65709">
        <w:rPr>
          <w:rFonts w:ascii="Arial" w:eastAsia="Arial" w:hAnsi="Arial" w:cs="Arial"/>
          <w:sz w:val="20"/>
          <w:szCs w:val="20"/>
        </w:rPr>
        <w:t>tributos</w:t>
      </w:r>
      <w:proofErr w:type="spellEnd"/>
    </w:p>
    <w:tbl>
      <w:tblPr>
        <w:tblStyle w:val="Tablaconcuadrcula"/>
        <w:tblW w:w="9300"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2600"/>
        <w:gridCol w:w="6700"/>
      </w:tblGrid>
      <w:tr w:rsidR="00AF4B48" w:rsidRPr="004C7BAC" w14:paraId="6888F8BA" w14:textId="77777777">
        <w:trPr>
          <w:jc w:val="center"/>
        </w:trPr>
        <w:tc>
          <w:tcPr>
            <w:tcW w:w="2600" w:type="dxa"/>
            <w:shd w:val="clear" w:color="auto" w:fill="EAF0F6"/>
            <w:tcMar>
              <w:top w:w="55" w:type="dxa"/>
              <w:left w:w="70" w:type="dxa"/>
              <w:bottom w:w="55" w:type="dxa"/>
              <w:right w:w="70" w:type="dxa"/>
            </w:tcMar>
            <w:vAlign w:val="center"/>
          </w:tcPr>
          <w:p w14:paraId="26725C7E" w14:textId="77777777" w:rsidR="00AF4B48" w:rsidRPr="00E65709" w:rsidRDefault="00E65709" w:rsidP="00E65709">
            <w:pPr>
              <w:spacing w:after="0" w:line="288" w:lineRule="auto"/>
              <w:rPr>
                <w:rFonts w:cs="Arial"/>
                <w:sz w:val="20"/>
                <w:szCs w:val="20"/>
              </w:rPr>
            </w:pPr>
            <w:proofErr w:type="spellStart"/>
            <w:r w:rsidRPr="00E65709">
              <w:rPr>
                <w:rFonts w:eastAsia="Arial" w:cs="Arial"/>
                <w:b/>
                <w:sz w:val="20"/>
                <w:szCs w:val="20"/>
              </w:rPr>
              <w:t>Situación</w:t>
            </w:r>
            <w:proofErr w:type="spellEnd"/>
            <w:r w:rsidRPr="00E65709">
              <w:rPr>
                <w:rFonts w:eastAsia="Arial" w:cs="Arial"/>
                <w:b/>
                <w:sz w:val="20"/>
                <w:szCs w:val="20"/>
              </w:rPr>
              <w:t xml:space="preserve"> del IVA</w:t>
            </w:r>
          </w:p>
        </w:tc>
        <w:tc>
          <w:tcPr>
            <w:tcW w:w="6700" w:type="dxa"/>
            <w:shd w:val="clear" w:color="auto" w:fill="FFFFFF"/>
            <w:tcMar>
              <w:top w:w="55" w:type="dxa"/>
              <w:left w:w="70" w:type="dxa"/>
              <w:bottom w:w="55" w:type="dxa"/>
              <w:right w:w="70" w:type="dxa"/>
            </w:tcMar>
            <w:vAlign w:val="center"/>
          </w:tcPr>
          <w:p w14:paraId="0C5308E5" w14:textId="77777777" w:rsidR="00AF4B48" w:rsidRPr="004C7BAC" w:rsidRDefault="00E65709" w:rsidP="00E65709">
            <w:pPr>
              <w:spacing w:after="0" w:line="288" w:lineRule="auto"/>
              <w:rPr>
                <w:rFonts w:cs="Arial"/>
                <w:sz w:val="20"/>
                <w:szCs w:val="20"/>
                <w:lang w:val="es-ES"/>
              </w:rPr>
            </w:pPr>
            <w:r w:rsidRPr="004C7BAC">
              <w:rPr>
                <w:rFonts w:eastAsia="Arial" w:cs="Arial"/>
                <w:sz w:val="20"/>
                <w:szCs w:val="20"/>
                <w:lang w:val="es-ES"/>
              </w:rPr>
              <w:t>[RECUPERABLE / NO RECUPERABLE / PARCIALMENTE RECUPERABLE]</w:t>
            </w:r>
          </w:p>
        </w:tc>
      </w:tr>
      <w:tr w:rsidR="00AF4B48" w:rsidRPr="00E65709" w14:paraId="01AEE397" w14:textId="77777777">
        <w:trPr>
          <w:jc w:val="center"/>
        </w:trPr>
        <w:tc>
          <w:tcPr>
            <w:tcW w:w="2600" w:type="dxa"/>
            <w:shd w:val="clear" w:color="auto" w:fill="EAF0F6"/>
            <w:tcMar>
              <w:top w:w="55" w:type="dxa"/>
              <w:left w:w="70" w:type="dxa"/>
              <w:bottom w:w="55" w:type="dxa"/>
              <w:right w:w="70" w:type="dxa"/>
            </w:tcMar>
            <w:vAlign w:val="center"/>
          </w:tcPr>
          <w:p w14:paraId="69BAF8F8" w14:textId="77777777" w:rsidR="00AF4B48" w:rsidRPr="004C7BAC" w:rsidRDefault="00E65709" w:rsidP="00E65709">
            <w:pPr>
              <w:spacing w:after="0" w:line="288" w:lineRule="auto"/>
              <w:rPr>
                <w:rFonts w:cs="Arial"/>
                <w:sz w:val="20"/>
                <w:szCs w:val="20"/>
                <w:lang w:val="es-ES"/>
              </w:rPr>
            </w:pPr>
            <w:r w:rsidRPr="004C7BAC">
              <w:rPr>
                <w:rFonts w:eastAsia="Arial" w:cs="Arial"/>
                <w:b/>
                <w:sz w:val="20"/>
                <w:szCs w:val="20"/>
                <w:lang w:val="es-ES"/>
              </w:rPr>
              <w:t>IVA incluido como gasto subvencionable</w:t>
            </w:r>
          </w:p>
        </w:tc>
        <w:tc>
          <w:tcPr>
            <w:tcW w:w="6700" w:type="dxa"/>
            <w:shd w:val="clear" w:color="auto" w:fill="FFFFFF"/>
            <w:tcMar>
              <w:top w:w="55" w:type="dxa"/>
              <w:left w:w="70" w:type="dxa"/>
              <w:bottom w:w="55" w:type="dxa"/>
              <w:right w:w="70" w:type="dxa"/>
            </w:tcMar>
            <w:vAlign w:val="center"/>
          </w:tcPr>
          <w:p w14:paraId="44EE3688" w14:textId="77777777" w:rsidR="00AF4B48" w:rsidRPr="00E65709" w:rsidRDefault="00E65709" w:rsidP="00E65709">
            <w:pPr>
              <w:spacing w:after="0" w:line="288" w:lineRule="auto"/>
              <w:rPr>
                <w:rFonts w:cs="Arial"/>
                <w:sz w:val="20"/>
                <w:szCs w:val="20"/>
              </w:rPr>
            </w:pPr>
            <w:r w:rsidRPr="00E65709">
              <w:rPr>
                <w:rFonts w:eastAsia="Arial" w:cs="Arial"/>
                <w:sz w:val="20"/>
                <w:szCs w:val="20"/>
              </w:rPr>
              <w:t>[IMPORTE] €</w:t>
            </w:r>
          </w:p>
        </w:tc>
      </w:tr>
      <w:tr w:rsidR="00AF4B48" w:rsidRPr="004C7BAC" w14:paraId="426104D1" w14:textId="77777777">
        <w:trPr>
          <w:jc w:val="center"/>
        </w:trPr>
        <w:tc>
          <w:tcPr>
            <w:tcW w:w="2600" w:type="dxa"/>
            <w:shd w:val="clear" w:color="auto" w:fill="EAF0F6"/>
            <w:tcMar>
              <w:top w:w="55" w:type="dxa"/>
              <w:left w:w="70" w:type="dxa"/>
              <w:bottom w:w="55" w:type="dxa"/>
              <w:right w:w="70" w:type="dxa"/>
            </w:tcMar>
            <w:vAlign w:val="center"/>
          </w:tcPr>
          <w:p w14:paraId="2D5DC5B7" w14:textId="77777777" w:rsidR="00AF4B48" w:rsidRPr="00E65709" w:rsidRDefault="00E65709" w:rsidP="00E65709">
            <w:pPr>
              <w:spacing w:after="0" w:line="288" w:lineRule="auto"/>
              <w:rPr>
                <w:rFonts w:cs="Arial"/>
                <w:sz w:val="20"/>
                <w:szCs w:val="20"/>
              </w:rPr>
            </w:pPr>
            <w:proofErr w:type="spellStart"/>
            <w:r w:rsidRPr="00E65709">
              <w:rPr>
                <w:rFonts w:eastAsia="Arial" w:cs="Arial"/>
                <w:b/>
                <w:sz w:val="20"/>
                <w:szCs w:val="20"/>
              </w:rPr>
              <w:t>Fundamento</w:t>
            </w:r>
            <w:proofErr w:type="spellEnd"/>
            <w:r w:rsidRPr="00E65709">
              <w:rPr>
                <w:rFonts w:eastAsia="Arial" w:cs="Arial"/>
                <w:b/>
                <w:sz w:val="20"/>
                <w:szCs w:val="20"/>
              </w:rPr>
              <w:t xml:space="preserve"> y </w:t>
            </w:r>
            <w:proofErr w:type="spellStart"/>
            <w:r w:rsidRPr="00E65709">
              <w:rPr>
                <w:rFonts w:eastAsia="Arial" w:cs="Arial"/>
                <w:b/>
                <w:sz w:val="20"/>
                <w:szCs w:val="20"/>
              </w:rPr>
              <w:t>acreditación</w:t>
            </w:r>
            <w:proofErr w:type="spellEnd"/>
          </w:p>
        </w:tc>
        <w:tc>
          <w:tcPr>
            <w:tcW w:w="6700" w:type="dxa"/>
            <w:shd w:val="clear" w:color="auto" w:fill="FFFFFF"/>
            <w:tcMar>
              <w:top w:w="55" w:type="dxa"/>
              <w:left w:w="70" w:type="dxa"/>
              <w:bottom w:w="55" w:type="dxa"/>
              <w:right w:w="70" w:type="dxa"/>
            </w:tcMar>
            <w:vAlign w:val="center"/>
          </w:tcPr>
          <w:p w14:paraId="0176B742" w14:textId="77777777" w:rsidR="00AF4B48" w:rsidRPr="004C7BAC" w:rsidRDefault="00E65709" w:rsidP="00E65709">
            <w:pPr>
              <w:spacing w:after="0" w:line="288" w:lineRule="auto"/>
              <w:rPr>
                <w:rFonts w:cs="Arial"/>
                <w:sz w:val="20"/>
                <w:szCs w:val="20"/>
                <w:lang w:val="es-ES"/>
              </w:rPr>
            </w:pPr>
            <w:r w:rsidRPr="004C7BAC">
              <w:rPr>
                <w:rFonts w:eastAsia="Arial" w:cs="Arial"/>
                <w:sz w:val="20"/>
                <w:szCs w:val="20"/>
                <w:lang w:val="es-ES"/>
              </w:rPr>
              <w:t>[DECLARACIÓN/CERTIFICACIÓN Y DOCUMENTACIÓN SOPORTE]</w:t>
            </w:r>
          </w:p>
        </w:tc>
      </w:tr>
    </w:tbl>
    <w:p w14:paraId="1F02955A" w14:textId="77777777" w:rsidR="00B36C81" w:rsidRPr="004C7BAC" w:rsidRDefault="00B36C81" w:rsidP="00E65709">
      <w:pPr>
        <w:pStyle w:val="Ttulo2"/>
        <w:spacing w:before="140" w:after="40" w:line="288" w:lineRule="auto"/>
        <w:rPr>
          <w:rFonts w:ascii="Arial" w:eastAsia="Arial" w:hAnsi="Arial" w:cs="Arial"/>
          <w:sz w:val="20"/>
          <w:szCs w:val="20"/>
          <w:lang w:val="es-ES"/>
        </w:rPr>
      </w:pPr>
    </w:p>
    <w:p w14:paraId="41287151" w14:textId="77777777" w:rsidR="00AF4B48" w:rsidRPr="00E65709" w:rsidRDefault="00F31A20" w:rsidP="00E65709">
      <w:pPr>
        <w:pStyle w:val="Ttulo2"/>
        <w:spacing w:before="140" w:after="40" w:line="288" w:lineRule="auto"/>
        <w:rPr>
          <w:rFonts w:ascii="Arial" w:hAnsi="Arial" w:cs="Arial"/>
          <w:sz w:val="20"/>
          <w:szCs w:val="20"/>
        </w:rPr>
      </w:pPr>
      <w:r>
        <w:rPr>
          <w:rFonts w:ascii="Arial" w:eastAsia="Arial" w:hAnsi="Arial" w:cs="Arial"/>
          <w:sz w:val="20"/>
          <w:szCs w:val="20"/>
        </w:rPr>
        <w:t>3.4</w:t>
      </w:r>
      <w:r w:rsidR="00E65709" w:rsidRPr="00E65709">
        <w:rPr>
          <w:rFonts w:ascii="Arial" w:eastAsia="Arial" w:hAnsi="Arial" w:cs="Arial"/>
          <w:sz w:val="20"/>
          <w:szCs w:val="20"/>
        </w:rPr>
        <w:t xml:space="preserve">. Costes </w:t>
      </w:r>
      <w:proofErr w:type="spellStart"/>
      <w:r w:rsidR="00E65709" w:rsidRPr="00E65709">
        <w:rPr>
          <w:rFonts w:ascii="Arial" w:eastAsia="Arial" w:hAnsi="Arial" w:cs="Arial"/>
          <w:sz w:val="20"/>
          <w:szCs w:val="20"/>
        </w:rPr>
        <w:t>indirectos</w:t>
      </w:r>
      <w:proofErr w:type="spellEnd"/>
    </w:p>
    <w:tbl>
      <w:tblPr>
        <w:tblStyle w:val="Tablaconcuadrcula"/>
        <w:tblW w:w="9300"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900"/>
        <w:gridCol w:w="1500"/>
        <w:gridCol w:w="2200"/>
        <w:gridCol w:w="2100"/>
        <w:gridCol w:w="1600"/>
      </w:tblGrid>
      <w:tr w:rsidR="00AF4B48" w:rsidRPr="00E65709" w14:paraId="369F21B3" w14:textId="77777777">
        <w:trPr>
          <w:tblHeader/>
          <w:jc w:val="center"/>
        </w:trPr>
        <w:tc>
          <w:tcPr>
            <w:tcW w:w="1900" w:type="dxa"/>
            <w:shd w:val="clear" w:color="auto" w:fill="D9E2F3"/>
            <w:tcMar>
              <w:top w:w="55" w:type="dxa"/>
              <w:left w:w="70" w:type="dxa"/>
              <w:bottom w:w="55" w:type="dxa"/>
              <w:right w:w="70" w:type="dxa"/>
            </w:tcMar>
            <w:vAlign w:val="center"/>
          </w:tcPr>
          <w:p w14:paraId="478FFF2D" w14:textId="77777777" w:rsidR="00AF4B48" w:rsidRPr="00E65709" w:rsidRDefault="00E65709" w:rsidP="00E65709">
            <w:pPr>
              <w:spacing w:after="0" w:line="288" w:lineRule="auto"/>
              <w:rPr>
                <w:rFonts w:cs="Arial"/>
                <w:sz w:val="20"/>
                <w:szCs w:val="20"/>
              </w:rPr>
            </w:pPr>
            <w:r w:rsidRPr="00E65709">
              <w:rPr>
                <w:rFonts w:eastAsia="Arial" w:cs="Arial"/>
                <w:b/>
                <w:sz w:val="20"/>
                <w:szCs w:val="20"/>
              </w:rPr>
              <w:t xml:space="preserve">Costes </w:t>
            </w:r>
            <w:proofErr w:type="spellStart"/>
            <w:r w:rsidRPr="00E65709">
              <w:rPr>
                <w:rFonts w:eastAsia="Arial" w:cs="Arial"/>
                <w:b/>
                <w:sz w:val="20"/>
                <w:szCs w:val="20"/>
              </w:rPr>
              <w:t>directos</w:t>
            </w:r>
            <w:proofErr w:type="spellEnd"/>
            <w:r w:rsidRPr="00E65709">
              <w:rPr>
                <w:rFonts w:eastAsia="Arial" w:cs="Arial"/>
                <w:b/>
                <w:sz w:val="20"/>
                <w:szCs w:val="20"/>
              </w:rPr>
              <w:t xml:space="preserve"> (€)</w:t>
            </w:r>
          </w:p>
        </w:tc>
        <w:tc>
          <w:tcPr>
            <w:tcW w:w="1500" w:type="dxa"/>
            <w:shd w:val="clear" w:color="auto" w:fill="D9E2F3"/>
            <w:tcMar>
              <w:top w:w="55" w:type="dxa"/>
              <w:left w:w="70" w:type="dxa"/>
              <w:bottom w:w="55" w:type="dxa"/>
              <w:right w:w="70" w:type="dxa"/>
            </w:tcMar>
            <w:vAlign w:val="center"/>
          </w:tcPr>
          <w:p w14:paraId="7A3D3783" w14:textId="77777777" w:rsidR="00AF4B48" w:rsidRPr="00E65709" w:rsidRDefault="00E65709" w:rsidP="00E65709">
            <w:pPr>
              <w:spacing w:after="0" w:line="288" w:lineRule="auto"/>
              <w:rPr>
                <w:rFonts w:cs="Arial"/>
                <w:sz w:val="20"/>
                <w:szCs w:val="20"/>
              </w:rPr>
            </w:pPr>
            <w:proofErr w:type="spellStart"/>
            <w:r w:rsidRPr="00E65709">
              <w:rPr>
                <w:rFonts w:eastAsia="Arial" w:cs="Arial"/>
                <w:b/>
                <w:sz w:val="20"/>
                <w:szCs w:val="20"/>
              </w:rPr>
              <w:t>Porcentaje</w:t>
            </w:r>
            <w:proofErr w:type="spellEnd"/>
            <w:r w:rsidRPr="00E65709">
              <w:rPr>
                <w:rFonts w:eastAsia="Arial" w:cs="Arial"/>
                <w:b/>
                <w:sz w:val="20"/>
                <w:szCs w:val="20"/>
              </w:rPr>
              <w:t xml:space="preserve"> </w:t>
            </w:r>
            <w:proofErr w:type="spellStart"/>
            <w:r w:rsidRPr="00E65709">
              <w:rPr>
                <w:rFonts w:eastAsia="Arial" w:cs="Arial"/>
                <w:b/>
                <w:sz w:val="20"/>
                <w:szCs w:val="20"/>
              </w:rPr>
              <w:t>aplicado</w:t>
            </w:r>
            <w:proofErr w:type="spellEnd"/>
          </w:p>
        </w:tc>
        <w:tc>
          <w:tcPr>
            <w:tcW w:w="2200" w:type="dxa"/>
            <w:shd w:val="clear" w:color="auto" w:fill="D9E2F3"/>
            <w:tcMar>
              <w:top w:w="55" w:type="dxa"/>
              <w:left w:w="70" w:type="dxa"/>
              <w:bottom w:w="55" w:type="dxa"/>
              <w:right w:w="70" w:type="dxa"/>
            </w:tcMar>
            <w:vAlign w:val="center"/>
          </w:tcPr>
          <w:p w14:paraId="19879873" w14:textId="77777777" w:rsidR="00AF4B48" w:rsidRPr="00E65709" w:rsidRDefault="00E65709" w:rsidP="00E65709">
            <w:pPr>
              <w:spacing w:after="0" w:line="288" w:lineRule="auto"/>
              <w:rPr>
                <w:rFonts w:cs="Arial"/>
                <w:sz w:val="20"/>
                <w:szCs w:val="20"/>
              </w:rPr>
            </w:pPr>
            <w:r w:rsidRPr="00E65709">
              <w:rPr>
                <w:rFonts w:eastAsia="Arial" w:cs="Arial"/>
                <w:b/>
                <w:sz w:val="20"/>
                <w:szCs w:val="20"/>
              </w:rPr>
              <w:t xml:space="preserve">Costes </w:t>
            </w:r>
            <w:proofErr w:type="spellStart"/>
            <w:r w:rsidRPr="00E65709">
              <w:rPr>
                <w:rFonts w:eastAsia="Arial" w:cs="Arial"/>
                <w:b/>
                <w:sz w:val="20"/>
                <w:szCs w:val="20"/>
              </w:rPr>
              <w:t>indirectos</w:t>
            </w:r>
            <w:proofErr w:type="spellEnd"/>
            <w:r w:rsidRPr="00E65709">
              <w:rPr>
                <w:rFonts w:eastAsia="Arial" w:cs="Arial"/>
                <w:b/>
                <w:sz w:val="20"/>
                <w:szCs w:val="20"/>
              </w:rPr>
              <w:t xml:space="preserve"> </w:t>
            </w:r>
            <w:proofErr w:type="spellStart"/>
            <w:r w:rsidRPr="00E65709">
              <w:rPr>
                <w:rFonts w:eastAsia="Arial" w:cs="Arial"/>
                <w:b/>
                <w:sz w:val="20"/>
                <w:szCs w:val="20"/>
              </w:rPr>
              <w:t>declarados</w:t>
            </w:r>
            <w:proofErr w:type="spellEnd"/>
            <w:r w:rsidRPr="00E65709">
              <w:rPr>
                <w:rFonts w:eastAsia="Arial" w:cs="Arial"/>
                <w:b/>
                <w:sz w:val="20"/>
                <w:szCs w:val="20"/>
              </w:rPr>
              <w:t xml:space="preserve"> (€)</w:t>
            </w:r>
          </w:p>
        </w:tc>
        <w:tc>
          <w:tcPr>
            <w:tcW w:w="2100" w:type="dxa"/>
            <w:shd w:val="clear" w:color="auto" w:fill="D9E2F3"/>
            <w:tcMar>
              <w:top w:w="55" w:type="dxa"/>
              <w:left w:w="70" w:type="dxa"/>
              <w:bottom w:w="55" w:type="dxa"/>
              <w:right w:w="70" w:type="dxa"/>
            </w:tcMar>
            <w:vAlign w:val="center"/>
          </w:tcPr>
          <w:p w14:paraId="01F030FF" w14:textId="77777777" w:rsidR="00AF4B48" w:rsidRPr="00E65709" w:rsidRDefault="00E65709" w:rsidP="00E65709">
            <w:pPr>
              <w:spacing w:after="0" w:line="288" w:lineRule="auto"/>
              <w:rPr>
                <w:rFonts w:cs="Arial"/>
                <w:sz w:val="20"/>
                <w:szCs w:val="20"/>
              </w:rPr>
            </w:pPr>
            <w:proofErr w:type="spellStart"/>
            <w:r w:rsidRPr="00E65709">
              <w:rPr>
                <w:rFonts w:eastAsia="Arial" w:cs="Arial"/>
                <w:b/>
                <w:sz w:val="20"/>
                <w:szCs w:val="20"/>
              </w:rPr>
              <w:t>Límite</w:t>
            </w:r>
            <w:proofErr w:type="spellEnd"/>
            <w:r w:rsidRPr="00E65709">
              <w:rPr>
                <w:rFonts w:eastAsia="Arial" w:cs="Arial"/>
                <w:b/>
                <w:sz w:val="20"/>
                <w:szCs w:val="20"/>
              </w:rPr>
              <w:t xml:space="preserve"> </w:t>
            </w:r>
            <w:proofErr w:type="spellStart"/>
            <w:r w:rsidRPr="00E65709">
              <w:rPr>
                <w:rFonts w:eastAsia="Arial" w:cs="Arial"/>
                <w:b/>
                <w:sz w:val="20"/>
                <w:szCs w:val="20"/>
              </w:rPr>
              <w:t>máximo</w:t>
            </w:r>
            <w:proofErr w:type="spellEnd"/>
            <w:r w:rsidRPr="00E65709">
              <w:rPr>
                <w:rFonts w:eastAsia="Arial" w:cs="Arial"/>
                <w:b/>
                <w:sz w:val="20"/>
                <w:szCs w:val="20"/>
              </w:rPr>
              <w:t>: 4 % (€)</w:t>
            </w:r>
          </w:p>
        </w:tc>
        <w:tc>
          <w:tcPr>
            <w:tcW w:w="1600" w:type="dxa"/>
            <w:shd w:val="clear" w:color="auto" w:fill="D9E2F3"/>
            <w:tcMar>
              <w:top w:w="55" w:type="dxa"/>
              <w:left w:w="70" w:type="dxa"/>
              <w:bottom w:w="55" w:type="dxa"/>
              <w:right w:w="70" w:type="dxa"/>
            </w:tcMar>
            <w:vAlign w:val="center"/>
          </w:tcPr>
          <w:p w14:paraId="76946978" w14:textId="77777777" w:rsidR="00AF4B48" w:rsidRPr="00E65709" w:rsidRDefault="00E65709" w:rsidP="00E65709">
            <w:pPr>
              <w:spacing w:after="0" w:line="288" w:lineRule="auto"/>
              <w:rPr>
                <w:rFonts w:cs="Arial"/>
                <w:sz w:val="20"/>
                <w:szCs w:val="20"/>
              </w:rPr>
            </w:pPr>
            <w:proofErr w:type="spellStart"/>
            <w:r w:rsidRPr="00E65709">
              <w:rPr>
                <w:rFonts w:eastAsia="Arial" w:cs="Arial"/>
                <w:b/>
                <w:sz w:val="20"/>
                <w:szCs w:val="20"/>
              </w:rPr>
              <w:t>Cumple</w:t>
            </w:r>
            <w:proofErr w:type="spellEnd"/>
          </w:p>
        </w:tc>
      </w:tr>
      <w:tr w:rsidR="00AF4B48" w:rsidRPr="00E65709" w14:paraId="7D9A3A4B" w14:textId="77777777">
        <w:trPr>
          <w:jc w:val="center"/>
        </w:trPr>
        <w:tc>
          <w:tcPr>
            <w:tcW w:w="1900" w:type="dxa"/>
            <w:shd w:val="clear" w:color="auto" w:fill="FFFFFF"/>
            <w:tcMar>
              <w:top w:w="55" w:type="dxa"/>
              <w:left w:w="70" w:type="dxa"/>
              <w:bottom w:w="55" w:type="dxa"/>
              <w:right w:w="70" w:type="dxa"/>
            </w:tcMar>
            <w:vAlign w:val="center"/>
          </w:tcPr>
          <w:p w14:paraId="11DC993C" w14:textId="77777777" w:rsidR="00AF4B48" w:rsidRPr="00E65709" w:rsidRDefault="00AF4B48" w:rsidP="00E65709">
            <w:pPr>
              <w:spacing w:after="0" w:line="288" w:lineRule="auto"/>
              <w:rPr>
                <w:rFonts w:cs="Arial"/>
                <w:sz w:val="20"/>
                <w:szCs w:val="20"/>
              </w:rPr>
            </w:pPr>
          </w:p>
        </w:tc>
        <w:tc>
          <w:tcPr>
            <w:tcW w:w="1500" w:type="dxa"/>
            <w:shd w:val="clear" w:color="auto" w:fill="FFFFFF"/>
            <w:tcMar>
              <w:top w:w="55" w:type="dxa"/>
              <w:left w:w="70" w:type="dxa"/>
              <w:bottom w:w="55" w:type="dxa"/>
              <w:right w:w="70" w:type="dxa"/>
            </w:tcMar>
            <w:vAlign w:val="center"/>
          </w:tcPr>
          <w:p w14:paraId="56EF5808" w14:textId="77777777" w:rsidR="00AF4B48" w:rsidRPr="00E65709" w:rsidRDefault="00AF4B48" w:rsidP="00E65709">
            <w:pPr>
              <w:spacing w:after="0" w:line="288" w:lineRule="auto"/>
              <w:rPr>
                <w:rFonts w:cs="Arial"/>
                <w:sz w:val="20"/>
                <w:szCs w:val="20"/>
              </w:rPr>
            </w:pPr>
          </w:p>
        </w:tc>
        <w:tc>
          <w:tcPr>
            <w:tcW w:w="2200" w:type="dxa"/>
            <w:shd w:val="clear" w:color="auto" w:fill="FFFFFF"/>
            <w:tcMar>
              <w:top w:w="55" w:type="dxa"/>
              <w:left w:w="70" w:type="dxa"/>
              <w:bottom w:w="55" w:type="dxa"/>
              <w:right w:w="70" w:type="dxa"/>
            </w:tcMar>
            <w:vAlign w:val="center"/>
          </w:tcPr>
          <w:p w14:paraId="3710FE74" w14:textId="77777777" w:rsidR="00AF4B48" w:rsidRPr="00E65709" w:rsidRDefault="00AF4B48" w:rsidP="00E65709">
            <w:pPr>
              <w:spacing w:after="0" w:line="288" w:lineRule="auto"/>
              <w:rPr>
                <w:rFonts w:cs="Arial"/>
                <w:sz w:val="20"/>
                <w:szCs w:val="20"/>
              </w:rPr>
            </w:pPr>
          </w:p>
        </w:tc>
        <w:tc>
          <w:tcPr>
            <w:tcW w:w="2100" w:type="dxa"/>
            <w:shd w:val="clear" w:color="auto" w:fill="FFFFFF"/>
            <w:tcMar>
              <w:top w:w="55" w:type="dxa"/>
              <w:left w:w="70" w:type="dxa"/>
              <w:bottom w:w="55" w:type="dxa"/>
              <w:right w:w="70" w:type="dxa"/>
            </w:tcMar>
            <w:vAlign w:val="center"/>
          </w:tcPr>
          <w:p w14:paraId="21FE6FED" w14:textId="77777777" w:rsidR="00AF4B48" w:rsidRPr="00E65709" w:rsidRDefault="00AF4B48" w:rsidP="00E65709">
            <w:pPr>
              <w:spacing w:after="0" w:line="288" w:lineRule="auto"/>
              <w:rPr>
                <w:rFonts w:cs="Arial"/>
                <w:sz w:val="20"/>
                <w:szCs w:val="20"/>
              </w:rPr>
            </w:pPr>
          </w:p>
        </w:tc>
        <w:tc>
          <w:tcPr>
            <w:tcW w:w="1600" w:type="dxa"/>
            <w:shd w:val="clear" w:color="auto" w:fill="FFFFFF"/>
            <w:tcMar>
              <w:top w:w="55" w:type="dxa"/>
              <w:left w:w="70" w:type="dxa"/>
              <w:bottom w:w="55" w:type="dxa"/>
              <w:right w:w="70" w:type="dxa"/>
            </w:tcMar>
            <w:vAlign w:val="center"/>
          </w:tcPr>
          <w:p w14:paraId="39188B06" w14:textId="77777777" w:rsidR="00AF4B48" w:rsidRPr="00E65709" w:rsidRDefault="00E65709" w:rsidP="00E65709">
            <w:pPr>
              <w:spacing w:after="0" w:line="288" w:lineRule="auto"/>
              <w:rPr>
                <w:rFonts w:cs="Arial"/>
                <w:sz w:val="20"/>
                <w:szCs w:val="20"/>
              </w:rPr>
            </w:pPr>
            <w:r w:rsidRPr="00E65709">
              <w:rPr>
                <w:rFonts w:eastAsia="Arial" w:cs="Arial"/>
                <w:sz w:val="20"/>
                <w:szCs w:val="20"/>
              </w:rPr>
              <w:t>[SÍ/NO]</w:t>
            </w:r>
          </w:p>
        </w:tc>
      </w:tr>
    </w:tbl>
    <w:p w14:paraId="20BB5CA3" w14:textId="77777777" w:rsidR="00E65709" w:rsidRPr="00E65709" w:rsidRDefault="00E65709" w:rsidP="00E65709">
      <w:pPr>
        <w:spacing w:after="60" w:line="288" w:lineRule="auto"/>
        <w:jc w:val="both"/>
        <w:rPr>
          <w:rFonts w:cs="Arial"/>
          <w:sz w:val="20"/>
          <w:szCs w:val="20"/>
        </w:rPr>
      </w:pPr>
    </w:p>
    <w:p w14:paraId="4EDDA9C3" w14:textId="77777777" w:rsidR="00AF4B48" w:rsidRPr="00E65709" w:rsidRDefault="00B36C81" w:rsidP="00E65709">
      <w:pPr>
        <w:pStyle w:val="Ttulo1"/>
        <w:spacing w:before="180" w:after="80" w:line="288" w:lineRule="auto"/>
        <w:rPr>
          <w:rFonts w:ascii="Arial" w:hAnsi="Arial" w:cs="Arial"/>
          <w:sz w:val="20"/>
          <w:szCs w:val="20"/>
        </w:rPr>
      </w:pPr>
      <w:r>
        <w:rPr>
          <w:rFonts w:ascii="Arial" w:eastAsia="Arial" w:hAnsi="Arial" w:cs="Arial"/>
          <w:sz w:val="20"/>
          <w:szCs w:val="20"/>
        </w:rPr>
        <w:t>4</w:t>
      </w:r>
      <w:r w:rsidR="00E65709" w:rsidRPr="00E65709">
        <w:rPr>
          <w:rFonts w:ascii="Arial" w:eastAsia="Arial" w:hAnsi="Arial" w:cs="Arial"/>
          <w:sz w:val="20"/>
          <w:szCs w:val="20"/>
        </w:rPr>
        <w:t>. OTROS INGRESOS Y FINANCIACIÓN CONCURRENTE</w:t>
      </w:r>
    </w:p>
    <w:p w14:paraId="28C681CC" w14:textId="77777777" w:rsidR="00AF4B48" w:rsidRPr="004C7BAC" w:rsidRDefault="00E65709" w:rsidP="00C263C6">
      <w:pPr>
        <w:spacing w:after="60" w:line="288" w:lineRule="auto"/>
        <w:jc w:val="both"/>
        <w:rPr>
          <w:rFonts w:eastAsia="Arial" w:cs="Arial"/>
          <w:sz w:val="20"/>
          <w:szCs w:val="20"/>
          <w:lang w:val="es-ES"/>
        </w:rPr>
      </w:pPr>
      <w:r w:rsidRPr="004C7BAC">
        <w:rPr>
          <w:rFonts w:eastAsia="Arial" w:cs="Arial"/>
          <w:sz w:val="20"/>
          <w:szCs w:val="20"/>
          <w:lang w:val="es-ES"/>
        </w:rPr>
        <w:t>La entidad declara la totalidad de los ingresos, recursos, subvenciones, ayudas, indemnizaciones de aseguradoras y cantidades reconocidas o abonadas por el Consorcio de Compensación de Seguros q</w:t>
      </w:r>
      <w:r w:rsidR="00C263C6" w:rsidRPr="004C7BAC">
        <w:rPr>
          <w:rFonts w:eastAsia="Arial" w:cs="Arial"/>
          <w:sz w:val="20"/>
          <w:szCs w:val="20"/>
          <w:lang w:val="es-ES"/>
        </w:rPr>
        <w:t>ue financian la misma actividad de acuerdo a lo detallado en el Anexo III.</w:t>
      </w:r>
    </w:p>
    <w:p w14:paraId="626E2E6C" w14:textId="77777777" w:rsidR="00B36C81" w:rsidRPr="004C7BAC" w:rsidRDefault="00B36C81" w:rsidP="00C263C6">
      <w:pPr>
        <w:spacing w:after="60" w:line="288" w:lineRule="auto"/>
        <w:jc w:val="both"/>
        <w:rPr>
          <w:rFonts w:cs="Arial"/>
          <w:sz w:val="20"/>
          <w:szCs w:val="20"/>
          <w:lang w:val="es-ES"/>
        </w:rPr>
      </w:pPr>
    </w:p>
    <w:p w14:paraId="37F7D1BB" w14:textId="77777777" w:rsidR="00AF4B48" w:rsidRPr="004C7BAC" w:rsidRDefault="00B36C81" w:rsidP="00E65709">
      <w:pPr>
        <w:pStyle w:val="Ttulo1"/>
        <w:spacing w:before="180" w:after="80" w:line="288" w:lineRule="auto"/>
        <w:rPr>
          <w:rFonts w:ascii="Arial" w:hAnsi="Arial" w:cs="Arial"/>
          <w:sz w:val="20"/>
          <w:szCs w:val="20"/>
          <w:lang w:val="es-ES"/>
        </w:rPr>
      </w:pPr>
      <w:r w:rsidRPr="004C7BAC">
        <w:rPr>
          <w:rFonts w:ascii="Arial" w:eastAsia="Arial" w:hAnsi="Arial" w:cs="Arial"/>
          <w:sz w:val="20"/>
          <w:szCs w:val="20"/>
          <w:lang w:val="es-ES"/>
        </w:rPr>
        <w:t>5</w:t>
      </w:r>
      <w:r w:rsidR="00E65709" w:rsidRPr="004C7BAC">
        <w:rPr>
          <w:rFonts w:ascii="Arial" w:eastAsia="Arial" w:hAnsi="Arial" w:cs="Arial"/>
          <w:sz w:val="20"/>
          <w:szCs w:val="20"/>
          <w:lang w:val="es-ES"/>
        </w:rPr>
        <w:t>. CONTRATACIÓN Y TRES OFERTAS</w:t>
      </w:r>
    </w:p>
    <w:p w14:paraId="3935CD5F" w14:textId="77777777" w:rsidR="00C263C6" w:rsidRPr="004C7BAC" w:rsidRDefault="00C263C6" w:rsidP="00C263C6">
      <w:pPr>
        <w:spacing w:after="60" w:line="288" w:lineRule="auto"/>
        <w:jc w:val="both"/>
        <w:rPr>
          <w:rFonts w:cs="Arial"/>
          <w:sz w:val="20"/>
          <w:szCs w:val="20"/>
          <w:lang w:val="es-ES"/>
        </w:rPr>
      </w:pPr>
      <w:r w:rsidRPr="004C7BAC">
        <w:rPr>
          <w:rFonts w:eastAsia="Arial" w:cs="Arial"/>
          <w:sz w:val="20"/>
          <w:szCs w:val="20"/>
          <w:lang w:val="es-ES"/>
        </w:rPr>
        <w:t>El listado de procedimientos de contratación se encuentra detallado en el Anexo IV de la presente memoria económica. Adicionalmente, se presenta toda la documentación acreditativa de los procedimientos de contratación seguidos mediante una carpeta zip individualizada para cada procedimiento.</w:t>
      </w:r>
    </w:p>
    <w:p w14:paraId="60149891" w14:textId="77777777" w:rsidR="00AF4B48" w:rsidRPr="004C7BAC" w:rsidRDefault="00E65709" w:rsidP="00F31A20">
      <w:pPr>
        <w:pStyle w:val="Notadecumplimentacin"/>
        <w:spacing w:after="60" w:line="288" w:lineRule="auto"/>
        <w:jc w:val="both"/>
        <w:rPr>
          <w:rFonts w:eastAsia="Arial" w:cs="Arial"/>
          <w:color w:val="000000"/>
          <w:sz w:val="20"/>
          <w:szCs w:val="20"/>
          <w:lang w:val="es-ES"/>
        </w:rPr>
      </w:pPr>
      <w:r w:rsidRPr="004C7BAC">
        <w:rPr>
          <w:rFonts w:eastAsia="Arial" w:cs="Arial"/>
          <w:color w:val="000000"/>
          <w:sz w:val="20"/>
          <w:szCs w:val="20"/>
          <w:lang w:val="es-ES"/>
        </w:rPr>
        <w:t>Los beneficiarios sujetos a la LCSP aportarán el expediente y la documentación que acrediten el procedimiento seguido</w:t>
      </w:r>
      <w:r w:rsidR="00C263C6" w:rsidRPr="004C7BAC">
        <w:rPr>
          <w:rFonts w:eastAsia="Arial" w:cs="Arial"/>
          <w:color w:val="000000"/>
          <w:sz w:val="20"/>
          <w:szCs w:val="20"/>
          <w:lang w:val="es-ES"/>
        </w:rPr>
        <w:t xml:space="preserve">. </w:t>
      </w:r>
      <w:r w:rsidRPr="004C7BAC">
        <w:rPr>
          <w:rFonts w:eastAsia="Arial" w:cs="Arial"/>
          <w:color w:val="000000"/>
          <w:sz w:val="20"/>
          <w:szCs w:val="20"/>
          <w:lang w:val="es-ES"/>
        </w:rPr>
        <w:t>Los demás beneficiarios aportarán, cuando proceda</w:t>
      </w:r>
      <w:r w:rsidR="00C263C6" w:rsidRPr="004C7BAC">
        <w:rPr>
          <w:rFonts w:eastAsia="Arial" w:cs="Arial"/>
          <w:color w:val="000000"/>
          <w:sz w:val="20"/>
          <w:szCs w:val="20"/>
          <w:lang w:val="es-ES"/>
        </w:rPr>
        <w:t>,</w:t>
      </w:r>
      <w:r w:rsidRPr="004C7BAC">
        <w:rPr>
          <w:rFonts w:eastAsia="Arial" w:cs="Arial"/>
          <w:color w:val="000000"/>
          <w:sz w:val="20"/>
          <w:szCs w:val="20"/>
          <w:lang w:val="es-ES"/>
        </w:rPr>
        <w:t xml:space="preserve"> conforme al artículo 31.3 LGS y a la resolución, al menos tres ofertas previas o la justificación de la excepción.</w:t>
      </w:r>
    </w:p>
    <w:p w14:paraId="112DD177" w14:textId="77777777" w:rsidR="00B36C81" w:rsidRPr="004C7BAC" w:rsidRDefault="00B36C81" w:rsidP="00F31A20">
      <w:pPr>
        <w:pStyle w:val="Notadecumplimentacin"/>
        <w:spacing w:after="60" w:line="288" w:lineRule="auto"/>
        <w:jc w:val="both"/>
        <w:rPr>
          <w:rFonts w:cs="Arial"/>
          <w:sz w:val="20"/>
          <w:szCs w:val="20"/>
          <w:lang w:val="es-ES"/>
        </w:rPr>
      </w:pPr>
    </w:p>
    <w:p w14:paraId="25C96D17" w14:textId="77777777" w:rsidR="00AF4B48" w:rsidRPr="00E65709" w:rsidRDefault="00B36C81" w:rsidP="00E65709">
      <w:pPr>
        <w:pStyle w:val="Ttulo2"/>
        <w:spacing w:before="140" w:after="40" w:line="288" w:lineRule="auto"/>
        <w:rPr>
          <w:rFonts w:ascii="Arial" w:hAnsi="Arial" w:cs="Arial"/>
          <w:sz w:val="20"/>
          <w:szCs w:val="20"/>
        </w:rPr>
      </w:pPr>
      <w:r>
        <w:rPr>
          <w:rFonts w:ascii="Arial" w:eastAsia="Arial" w:hAnsi="Arial" w:cs="Arial"/>
          <w:sz w:val="20"/>
          <w:szCs w:val="20"/>
        </w:rPr>
        <w:t>6</w:t>
      </w:r>
      <w:r w:rsidR="00E65709" w:rsidRPr="00E65709">
        <w:rPr>
          <w:rFonts w:ascii="Arial" w:eastAsia="Arial" w:hAnsi="Arial" w:cs="Arial"/>
          <w:sz w:val="20"/>
          <w:szCs w:val="20"/>
        </w:rPr>
        <w:t xml:space="preserve">. </w:t>
      </w:r>
      <w:r>
        <w:rPr>
          <w:rFonts w:ascii="Arial" w:eastAsia="Arial" w:hAnsi="Arial" w:cs="Arial"/>
          <w:sz w:val="20"/>
          <w:szCs w:val="20"/>
        </w:rPr>
        <w:t>DECLARACIÓN FINAL</w:t>
      </w:r>
    </w:p>
    <w:p w14:paraId="3B6AE14C" w14:textId="77777777" w:rsidR="00AF4B48" w:rsidRPr="004C7BAC" w:rsidRDefault="00E65709" w:rsidP="00E65709">
      <w:pPr>
        <w:spacing w:after="60" w:line="288" w:lineRule="auto"/>
        <w:jc w:val="both"/>
        <w:rPr>
          <w:rFonts w:cs="Arial"/>
          <w:sz w:val="20"/>
          <w:szCs w:val="20"/>
          <w:lang w:val="es-ES"/>
        </w:rPr>
      </w:pPr>
      <w:r w:rsidRPr="004C7BAC">
        <w:rPr>
          <w:rFonts w:eastAsia="Arial" w:cs="Arial"/>
          <w:sz w:val="20"/>
          <w:szCs w:val="20"/>
          <w:lang w:val="es-ES"/>
        </w:rPr>
        <w:t>D./</w:t>
      </w:r>
      <w:proofErr w:type="gramStart"/>
      <w:r w:rsidRPr="004C7BAC">
        <w:rPr>
          <w:rFonts w:eastAsia="Arial" w:cs="Arial"/>
          <w:sz w:val="20"/>
          <w:szCs w:val="20"/>
          <w:lang w:val="es-ES"/>
        </w:rPr>
        <w:t>D.ª</w:t>
      </w:r>
      <w:proofErr w:type="gramEnd"/>
      <w:r w:rsidRPr="004C7BAC">
        <w:rPr>
          <w:rFonts w:eastAsia="Arial" w:cs="Arial"/>
          <w:sz w:val="20"/>
          <w:szCs w:val="20"/>
          <w:lang w:val="es-ES"/>
        </w:rPr>
        <w:t xml:space="preserve"> [NOMBRE], con NIF [NIF], en calidad de [CARGO] y con poder suficiente para representar a [ENTIDAD BENEFICIARIA], DECLARA bajo su responsabilidad:</w:t>
      </w:r>
    </w:p>
    <w:p w14:paraId="0E520790" w14:textId="77777777" w:rsidR="00AF4B48" w:rsidRPr="004C7BAC" w:rsidRDefault="00E65709" w:rsidP="00E65709">
      <w:pPr>
        <w:pStyle w:val="Listaconvietas"/>
        <w:keepLines/>
        <w:spacing w:after="60" w:line="288" w:lineRule="auto"/>
        <w:ind w:left="403" w:hanging="259"/>
        <w:jc w:val="both"/>
        <w:rPr>
          <w:rFonts w:cs="Arial"/>
          <w:sz w:val="20"/>
          <w:szCs w:val="20"/>
          <w:lang w:val="es-ES"/>
        </w:rPr>
      </w:pPr>
      <w:r w:rsidRPr="004C7BAC">
        <w:rPr>
          <w:rFonts w:eastAsia="Arial" w:cs="Arial"/>
          <w:sz w:val="20"/>
          <w:szCs w:val="20"/>
          <w:lang w:val="es-ES"/>
        </w:rPr>
        <w:t>Que los datos de esta memoria y de sus anexos son completos, exactos y concordantes con la contabilidad y con la documentación justificativa.</w:t>
      </w:r>
    </w:p>
    <w:p w14:paraId="7BF8E8D0" w14:textId="77777777" w:rsidR="00AF4B48" w:rsidRPr="004C7BAC" w:rsidRDefault="00E65709" w:rsidP="00E65709">
      <w:pPr>
        <w:pStyle w:val="Listaconvietas"/>
        <w:keepLines/>
        <w:spacing w:after="60" w:line="288" w:lineRule="auto"/>
        <w:ind w:left="403" w:hanging="259"/>
        <w:jc w:val="both"/>
        <w:rPr>
          <w:rFonts w:cs="Arial"/>
          <w:sz w:val="20"/>
          <w:szCs w:val="20"/>
          <w:lang w:val="es-ES"/>
        </w:rPr>
      </w:pPr>
      <w:r w:rsidRPr="004C7BAC">
        <w:rPr>
          <w:rFonts w:eastAsia="Arial" w:cs="Arial"/>
          <w:sz w:val="20"/>
          <w:szCs w:val="20"/>
          <w:lang w:val="es-ES"/>
        </w:rPr>
        <w:t>Que los gastos declarados corresponden a las actuaciones aprobadas, son subvencionables y se encuentran pagados en los términos exigidos.</w:t>
      </w:r>
    </w:p>
    <w:p w14:paraId="17087B09" w14:textId="77777777" w:rsidR="00AF4B48" w:rsidRPr="004C7BAC" w:rsidRDefault="00E65709" w:rsidP="00E65709">
      <w:pPr>
        <w:pStyle w:val="Listaconvietas"/>
        <w:keepLines/>
        <w:spacing w:after="60" w:line="288" w:lineRule="auto"/>
        <w:ind w:left="403" w:hanging="259"/>
        <w:jc w:val="both"/>
        <w:rPr>
          <w:rFonts w:cs="Arial"/>
          <w:sz w:val="20"/>
          <w:szCs w:val="20"/>
          <w:lang w:val="es-ES"/>
        </w:rPr>
      </w:pPr>
      <w:r w:rsidRPr="004C7BAC">
        <w:rPr>
          <w:rFonts w:eastAsia="Arial" w:cs="Arial"/>
          <w:sz w:val="20"/>
          <w:szCs w:val="20"/>
          <w:lang w:val="es-ES"/>
        </w:rPr>
        <w:t>Que se han declarado todas las fuentes de financiación, incluidas aseguradoras y Consorcio de Compensación de Seguros, y que no existe sobrefinanciación no reintegrada.</w:t>
      </w:r>
    </w:p>
    <w:p w14:paraId="3B64CB55" w14:textId="77777777" w:rsidR="00AF4B48" w:rsidRPr="004C7BAC" w:rsidRDefault="00E65709" w:rsidP="00E65709">
      <w:pPr>
        <w:pStyle w:val="Listaconvietas"/>
        <w:keepLines/>
        <w:spacing w:after="60" w:line="288" w:lineRule="auto"/>
        <w:ind w:left="403" w:hanging="259"/>
        <w:jc w:val="both"/>
        <w:rPr>
          <w:rFonts w:cs="Arial"/>
          <w:sz w:val="20"/>
          <w:szCs w:val="20"/>
          <w:lang w:val="es-ES"/>
        </w:rPr>
      </w:pPr>
      <w:r w:rsidRPr="004C7BAC">
        <w:rPr>
          <w:rFonts w:eastAsia="Arial" w:cs="Arial"/>
          <w:sz w:val="20"/>
          <w:szCs w:val="20"/>
          <w:lang w:val="es-ES"/>
        </w:rPr>
        <w:lastRenderedPageBreak/>
        <w:t>Que no existe doble financiación de los gastos y que los criterios de imputación y reparto aplicados son razonables, uniformes y verificables.</w:t>
      </w:r>
    </w:p>
    <w:p w14:paraId="24D94529" w14:textId="77777777" w:rsidR="00AF4B48" w:rsidRPr="004C7BAC" w:rsidRDefault="00E65709" w:rsidP="00E65709">
      <w:pPr>
        <w:pStyle w:val="Listaconvietas"/>
        <w:keepLines/>
        <w:spacing w:after="60" w:line="288" w:lineRule="auto"/>
        <w:ind w:left="403" w:hanging="259"/>
        <w:jc w:val="both"/>
        <w:rPr>
          <w:rFonts w:cs="Arial"/>
          <w:sz w:val="20"/>
          <w:szCs w:val="20"/>
          <w:lang w:val="es-ES"/>
        </w:rPr>
      </w:pPr>
      <w:r w:rsidRPr="004C7BAC">
        <w:rPr>
          <w:rFonts w:eastAsia="Arial" w:cs="Arial"/>
          <w:sz w:val="20"/>
          <w:szCs w:val="20"/>
          <w:lang w:val="es-ES"/>
        </w:rPr>
        <w:t>Que se cumplen las obligaciones de contratación, tres ofertas, subcontratación y operaciones con vinculadas que resultan aplicables.</w:t>
      </w:r>
    </w:p>
    <w:p w14:paraId="3E3F0219" w14:textId="77777777" w:rsidR="00AF4B48" w:rsidRPr="004C7BAC" w:rsidRDefault="00E65709" w:rsidP="00E65709">
      <w:pPr>
        <w:pStyle w:val="Listaconvietas"/>
        <w:keepLines/>
        <w:spacing w:after="60" w:line="288" w:lineRule="auto"/>
        <w:ind w:left="403" w:hanging="259"/>
        <w:jc w:val="both"/>
        <w:rPr>
          <w:rFonts w:cs="Arial"/>
          <w:sz w:val="20"/>
          <w:szCs w:val="20"/>
          <w:lang w:val="es-ES"/>
        </w:rPr>
      </w:pPr>
      <w:r w:rsidRPr="004C7BAC">
        <w:rPr>
          <w:rFonts w:eastAsia="Arial" w:cs="Arial"/>
          <w:sz w:val="20"/>
          <w:szCs w:val="20"/>
          <w:lang w:val="es-ES"/>
        </w:rPr>
        <w:t>Que se dispone de contabilidad actualizada y de un sistema de contabilidad analítica, código contable u otro mecanismo que garantiza una pista de auditoría suficiente.</w:t>
      </w:r>
    </w:p>
    <w:p w14:paraId="12404882" w14:textId="77777777" w:rsidR="00AF4B48" w:rsidRPr="004C7BAC" w:rsidRDefault="00E65709" w:rsidP="00E65709">
      <w:pPr>
        <w:pStyle w:val="Listaconvietas"/>
        <w:keepLines/>
        <w:spacing w:after="60" w:line="288" w:lineRule="auto"/>
        <w:ind w:left="403" w:hanging="259"/>
        <w:jc w:val="both"/>
        <w:rPr>
          <w:rFonts w:cs="Arial"/>
          <w:sz w:val="20"/>
          <w:szCs w:val="20"/>
          <w:lang w:val="es-ES"/>
        </w:rPr>
      </w:pPr>
      <w:r w:rsidRPr="004C7BAC">
        <w:rPr>
          <w:rFonts w:eastAsia="Arial" w:cs="Arial"/>
          <w:sz w:val="20"/>
          <w:szCs w:val="20"/>
          <w:lang w:val="es-ES"/>
        </w:rPr>
        <w:t>Que la documentación original se conservará y se pondrá a disposición del auditor y de los órganos de comprobación y control.</w:t>
      </w:r>
    </w:p>
    <w:p w14:paraId="472A6B62" w14:textId="77777777" w:rsidR="00AF4B48" w:rsidRPr="004C7BAC" w:rsidRDefault="00E65709" w:rsidP="00E65709">
      <w:pPr>
        <w:spacing w:after="60" w:line="288" w:lineRule="auto"/>
        <w:jc w:val="both"/>
        <w:rPr>
          <w:rFonts w:cs="Arial"/>
          <w:sz w:val="20"/>
          <w:szCs w:val="20"/>
          <w:lang w:val="es-ES"/>
        </w:rPr>
      </w:pPr>
      <w:r w:rsidRPr="004C7BAC">
        <w:rPr>
          <w:rFonts w:eastAsia="Arial" w:cs="Arial"/>
          <w:sz w:val="20"/>
          <w:szCs w:val="20"/>
          <w:lang w:val="es-ES"/>
        </w:rPr>
        <w:t>En [LOCALIDAD], a [DÍA] de [MES] de [AÑO].</w:t>
      </w:r>
    </w:p>
    <w:p w14:paraId="4166655E" w14:textId="77777777" w:rsidR="00AF4B48" w:rsidRPr="004C7BAC" w:rsidRDefault="00E65709" w:rsidP="00E65709">
      <w:pPr>
        <w:spacing w:after="60" w:line="288" w:lineRule="auto"/>
        <w:jc w:val="both"/>
        <w:rPr>
          <w:rFonts w:cs="Arial"/>
          <w:sz w:val="20"/>
          <w:szCs w:val="20"/>
          <w:lang w:val="es-ES"/>
        </w:rPr>
      </w:pPr>
      <w:r w:rsidRPr="004C7BAC">
        <w:rPr>
          <w:rFonts w:eastAsia="Arial" w:cs="Arial"/>
          <w:sz w:val="20"/>
          <w:szCs w:val="20"/>
          <w:lang w:val="es-ES"/>
        </w:rPr>
        <w:t>Firma electrónica del representante legal:</w:t>
      </w:r>
    </w:p>
    <w:p w14:paraId="104BAE07" w14:textId="77777777" w:rsidR="00AF4B48" w:rsidRPr="004C7BAC" w:rsidRDefault="00E65709" w:rsidP="0052599B">
      <w:pPr>
        <w:spacing w:after="60" w:line="288" w:lineRule="auto"/>
        <w:jc w:val="both"/>
        <w:rPr>
          <w:rFonts w:cs="Arial"/>
          <w:sz w:val="20"/>
          <w:szCs w:val="20"/>
          <w:lang w:val="es-ES"/>
        </w:rPr>
      </w:pPr>
      <w:r w:rsidRPr="004C7BAC">
        <w:rPr>
          <w:rFonts w:eastAsia="Arial" w:cs="Arial"/>
          <w:sz w:val="20"/>
          <w:szCs w:val="20"/>
          <w:lang w:val="es-ES"/>
        </w:rPr>
        <w:t>[NOMBRE Y CARGO]</w:t>
      </w:r>
      <w:r w:rsidRPr="004C7BAC">
        <w:rPr>
          <w:rFonts w:eastAsia="Arial" w:cs="Arial"/>
          <w:sz w:val="20"/>
          <w:szCs w:val="20"/>
          <w:lang w:val="es-ES"/>
        </w:rPr>
        <w:br w:type="page"/>
      </w:r>
    </w:p>
    <w:p w14:paraId="42600514" w14:textId="77777777" w:rsidR="00AF4B48" w:rsidRPr="004C7BAC" w:rsidRDefault="00593688" w:rsidP="00E65709">
      <w:pPr>
        <w:pStyle w:val="Ttulo1"/>
        <w:spacing w:before="180" w:after="80" w:line="288" w:lineRule="auto"/>
        <w:rPr>
          <w:rFonts w:ascii="Arial" w:hAnsi="Arial" w:cs="Arial"/>
          <w:sz w:val="20"/>
          <w:szCs w:val="20"/>
          <w:lang w:val="es-ES"/>
        </w:rPr>
      </w:pPr>
      <w:r w:rsidRPr="004C7BAC">
        <w:rPr>
          <w:rFonts w:ascii="Arial" w:eastAsia="Arial" w:hAnsi="Arial" w:cs="Arial"/>
          <w:sz w:val="20"/>
          <w:szCs w:val="20"/>
          <w:lang w:val="es-ES"/>
        </w:rPr>
        <w:lastRenderedPageBreak/>
        <w:t>ANEXO I</w:t>
      </w:r>
      <w:r w:rsidR="00E65709" w:rsidRPr="004C7BAC">
        <w:rPr>
          <w:rFonts w:ascii="Arial" w:eastAsia="Arial" w:hAnsi="Arial" w:cs="Arial"/>
          <w:sz w:val="20"/>
          <w:szCs w:val="20"/>
          <w:lang w:val="es-ES"/>
        </w:rPr>
        <w:t xml:space="preserve">. LISTADO COMPLETO </w:t>
      </w:r>
      <w:r w:rsidRPr="004C7BAC">
        <w:rPr>
          <w:rFonts w:ascii="Arial" w:eastAsia="Arial" w:hAnsi="Arial" w:cs="Arial"/>
          <w:sz w:val="20"/>
          <w:szCs w:val="20"/>
          <w:lang w:val="es-ES"/>
        </w:rPr>
        <w:t>DE LOS GASTOS JUSTIFICADOS</w:t>
      </w:r>
    </w:p>
    <w:p w14:paraId="78AFB57E" w14:textId="512F404B" w:rsidR="00AF4B48" w:rsidRPr="004C7BAC" w:rsidRDefault="00593688" w:rsidP="00593688">
      <w:pPr>
        <w:spacing w:after="60" w:line="288" w:lineRule="auto"/>
        <w:jc w:val="both"/>
        <w:rPr>
          <w:rFonts w:eastAsia="Arial" w:cs="Arial"/>
          <w:sz w:val="20"/>
          <w:szCs w:val="20"/>
          <w:lang w:val="es-ES"/>
        </w:rPr>
      </w:pPr>
      <w:r w:rsidRPr="004C7BAC">
        <w:rPr>
          <w:rFonts w:eastAsia="Arial" w:cs="Arial"/>
          <w:sz w:val="20"/>
          <w:szCs w:val="20"/>
          <w:lang w:val="es-ES"/>
        </w:rPr>
        <w:t>Se deberá extraer de la plantilla aportada en Excel a todos los</w:t>
      </w:r>
      <w:r w:rsidRPr="00F23037">
        <w:rPr>
          <w:rFonts w:eastAsia="Arial" w:cs="Arial"/>
          <w:color w:val="auto"/>
          <w:sz w:val="20"/>
          <w:szCs w:val="20"/>
          <w:lang w:val="es-ES"/>
        </w:rPr>
        <w:t xml:space="preserve"> beneficiari</w:t>
      </w:r>
      <w:r w:rsidR="004C7BAC" w:rsidRPr="00F23037">
        <w:rPr>
          <w:rFonts w:eastAsia="Arial" w:cs="Arial"/>
          <w:color w:val="auto"/>
          <w:sz w:val="20"/>
          <w:szCs w:val="20"/>
          <w:lang w:val="es-ES"/>
        </w:rPr>
        <w:t>o</w:t>
      </w:r>
      <w:r w:rsidRPr="00F23037">
        <w:rPr>
          <w:rFonts w:eastAsia="Arial" w:cs="Arial"/>
          <w:color w:val="auto"/>
          <w:sz w:val="20"/>
          <w:szCs w:val="20"/>
          <w:lang w:val="es-ES"/>
        </w:rPr>
        <w:t xml:space="preserve">s </w:t>
      </w:r>
      <w:r w:rsidRPr="004C7BAC">
        <w:rPr>
          <w:rFonts w:eastAsia="Arial" w:cs="Arial"/>
          <w:sz w:val="20"/>
          <w:szCs w:val="20"/>
          <w:lang w:val="es-ES"/>
        </w:rPr>
        <w:t xml:space="preserve">para la justificación de los gastos y se corresponderá con la pestaña ANEXO I y deberá ser firmada por el representante de la entidad. </w:t>
      </w:r>
    </w:p>
    <w:p w14:paraId="07D28BD4" w14:textId="77777777" w:rsidR="00593688" w:rsidRPr="004C7BAC" w:rsidRDefault="00593688" w:rsidP="00593688">
      <w:pPr>
        <w:pStyle w:val="Ttulo1"/>
        <w:spacing w:before="180" w:after="80" w:line="288" w:lineRule="auto"/>
        <w:rPr>
          <w:rFonts w:ascii="Arial" w:hAnsi="Arial" w:cs="Arial"/>
          <w:sz w:val="20"/>
          <w:szCs w:val="20"/>
          <w:lang w:val="es-ES"/>
        </w:rPr>
      </w:pPr>
      <w:r w:rsidRPr="004C7BAC">
        <w:rPr>
          <w:rFonts w:ascii="Arial" w:eastAsia="Arial" w:hAnsi="Arial" w:cs="Arial"/>
          <w:sz w:val="20"/>
          <w:szCs w:val="20"/>
          <w:lang w:val="es-ES"/>
        </w:rPr>
        <w:t>ANEXO II. IMPORTES JUSTIFICADOS POR ACTUACIÓN Y DESVIACIONES</w:t>
      </w:r>
    </w:p>
    <w:p w14:paraId="334AEA9B" w14:textId="673A7129" w:rsidR="00593688" w:rsidRPr="004C7BAC" w:rsidRDefault="00593688" w:rsidP="00593688">
      <w:pPr>
        <w:spacing w:after="60" w:line="288" w:lineRule="auto"/>
        <w:jc w:val="both"/>
        <w:rPr>
          <w:rFonts w:eastAsia="Arial" w:cs="Arial"/>
          <w:sz w:val="20"/>
          <w:szCs w:val="20"/>
          <w:lang w:val="es-ES"/>
        </w:rPr>
      </w:pPr>
      <w:r w:rsidRPr="004C7BAC">
        <w:rPr>
          <w:rFonts w:eastAsia="Arial" w:cs="Arial"/>
          <w:sz w:val="20"/>
          <w:szCs w:val="20"/>
          <w:lang w:val="es-ES"/>
        </w:rPr>
        <w:t>Se deberá extraer de la plantilla aportada en Excel a todos los</w:t>
      </w:r>
      <w:r w:rsidRPr="00F23037">
        <w:rPr>
          <w:rFonts w:eastAsia="Arial" w:cs="Arial"/>
          <w:color w:val="auto"/>
          <w:sz w:val="20"/>
          <w:szCs w:val="20"/>
          <w:lang w:val="es-ES"/>
        </w:rPr>
        <w:t xml:space="preserve"> beneficiari</w:t>
      </w:r>
      <w:r w:rsidR="004C7BAC" w:rsidRPr="00F23037">
        <w:rPr>
          <w:rFonts w:eastAsia="Arial" w:cs="Arial"/>
          <w:color w:val="auto"/>
          <w:sz w:val="20"/>
          <w:szCs w:val="20"/>
          <w:lang w:val="es-ES"/>
        </w:rPr>
        <w:t>o</w:t>
      </w:r>
      <w:r w:rsidRPr="00F23037">
        <w:rPr>
          <w:rFonts w:eastAsia="Arial" w:cs="Arial"/>
          <w:color w:val="auto"/>
          <w:sz w:val="20"/>
          <w:szCs w:val="20"/>
          <w:lang w:val="es-ES"/>
        </w:rPr>
        <w:t xml:space="preserve">s </w:t>
      </w:r>
      <w:r w:rsidRPr="004C7BAC">
        <w:rPr>
          <w:rFonts w:eastAsia="Arial" w:cs="Arial"/>
          <w:sz w:val="20"/>
          <w:szCs w:val="20"/>
          <w:lang w:val="es-ES"/>
        </w:rPr>
        <w:t xml:space="preserve">para la justificación de los gastos y se corresponderá con la pestaña ANEXO II y deberá ser firmada por el representante de la entidad. </w:t>
      </w:r>
    </w:p>
    <w:p w14:paraId="5C1704B0" w14:textId="77777777" w:rsidR="00593688" w:rsidRPr="004C7BAC" w:rsidRDefault="00593688" w:rsidP="00593688">
      <w:pPr>
        <w:pStyle w:val="Ttulo1"/>
        <w:spacing w:before="180" w:after="80" w:line="288" w:lineRule="auto"/>
        <w:rPr>
          <w:rFonts w:ascii="Arial" w:hAnsi="Arial" w:cs="Arial"/>
          <w:sz w:val="20"/>
          <w:szCs w:val="20"/>
          <w:lang w:val="es-ES"/>
        </w:rPr>
      </w:pPr>
      <w:r w:rsidRPr="004C7BAC">
        <w:rPr>
          <w:rFonts w:ascii="Arial" w:eastAsia="Arial" w:hAnsi="Arial" w:cs="Arial"/>
          <w:sz w:val="20"/>
          <w:szCs w:val="20"/>
          <w:lang w:val="es-ES"/>
        </w:rPr>
        <w:t xml:space="preserve">ANEXO </w:t>
      </w:r>
      <w:r w:rsidR="00C263C6" w:rsidRPr="004C7BAC">
        <w:rPr>
          <w:rFonts w:ascii="Arial" w:eastAsia="Arial" w:hAnsi="Arial" w:cs="Arial"/>
          <w:sz w:val="20"/>
          <w:szCs w:val="20"/>
          <w:lang w:val="es-ES"/>
        </w:rPr>
        <w:t>III</w:t>
      </w:r>
      <w:r w:rsidRPr="004C7BAC">
        <w:rPr>
          <w:rFonts w:ascii="Arial" w:eastAsia="Arial" w:hAnsi="Arial" w:cs="Arial"/>
          <w:sz w:val="20"/>
          <w:szCs w:val="20"/>
          <w:lang w:val="es-ES"/>
        </w:rPr>
        <w:t>. DECLARACIÓN DE OTROS INGRESOS Y FUENTES DE FINANCIACIÓN</w:t>
      </w:r>
    </w:p>
    <w:p w14:paraId="7A1BBF9B" w14:textId="486E4ACA" w:rsidR="00593688" w:rsidRPr="004C7BAC" w:rsidRDefault="00593688" w:rsidP="00593688">
      <w:pPr>
        <w:spacing w:after="60" w:line="288" w:lineRule="auto"/>
        <w:jc w:val="both"/>
        <w:rPr>
          <w:rFonts w:eastAsia="Arial" w:cs="Arial"/>
          <w:sz w:val="20"/>
          <w:szCs w:val="20"/>
          <w:lang w:val="es-ES"/>
        </w:rPr>
      </w:pPr>
      <w:r w:rsidRPr="004C7BAC">
        <w:rPr>
          <w:rFonts w:eastAsia="Arial" w:cs="Arial"/>
          <w:sz w:val="20"/>
          <w:szCs w:val="20"/>
          <w:lang w:val="es-ES"/>
        </w:rPr>
        <w:t xml:space="preserve">Se deberá extraer de la plantilla aportada en Excel a todos </w:t>
      </w:r>
      <w:r w:rsidRPr="00F23037">
        <w:rPr>
          <w:rFonts w:eastAsia="Arial" w:cs="Arial"/>
          <w:color w:val="auto"/>
          <w:sz w:val="20"/>
          <w:szCs w:val="20"/>
          <w:lang w:val="es-ES"/>
        </w:rPr>
        <w:t>los beneficiari</w:t>
      </w:r>
      <w:r w:rsidR="004C7BAC" w:rsidRPr="00F23037">
        <w:rPr>
          <w:rFonts w:eastAsia="Arial" w:cs="Arial"/>
          <w:color w:val="auto"/>
          <w:sz w:val="20"/>
          <w:szCs w:val="20"/>
          <w:lang w:val="es-ES"/>
        </w:rPr>
        <w:t>o</w:t>
      </w:r>
      <w:r w:rsidRPr="00F23037">
        <w:rPr>
          <w:rFonts w:eastAsia="Arial" w:cs="Arial"/>
          <w:color w:val="auto"/>
          <w:sz w:val="20"/>
          <w:szCs w:val="20"/>
          <w:lang w:val="es-ES"/>
        </w:rPr>
        <w:t xml:space="preserve">s para </w:t>
      </w:r>
      <w:r w:rsidRPr="004C7BAC">
        <w:rPr>
          <w:rFonts w:eastAsia="Arial" w:cs="Arial"/>
          <w:sz w:val="20"/>
          <w:szCs w:val="20"/>
          <w:lang w:val="es-ES"/>
        </w:rPr>
        <w:t xml:space="preserve">la justificación de los gastos y se corresponderá con la pestaña ANEXO IV y deberá ser firmada por el representante de la entidad. </w:t>
      </w:r>
    </w:p>
    <w:p w14:paraId="15929E30" w14:textId="77777777" w:rsidR="00593688" w:rsidRPr="004C7BAC" w:rsidRDefault="00593688" w:rsidP="00593688">
      <w:pPr>
        <w:pStyle w:val="Ttulo1"/>
        <w:spacing w:before="180" w:after="80" w:line="288" w:lineRule="auto"/>
        <w:rPr>
          <w:rFonts w:ascii="Arial" w:hAnsi="Arial" w:cs="Arial"/>
          <w:sz w:val="20"/>
          <w:szCs w:val="20"/>
          <w:lang w:val="es-ES"/>
        </w:rPr>
      </w:pPr>
      <w:r w:rsidRPr="004C7BAC">
        <w:rPr>
          <w:rFonts w:ascii="Arial" w:eastAsia="Arial" w:hAnsi="Arial" w:cs="Arial"/>
          <w:sz w:val="20"/>
          <w:szCs w:val="20"/>
          <w:lang w:val="es-ES"/>
        </w:rPr>
        <w:t xml:space="preserve">ANEXO </w:t>
      </w:r>
      <w:r w:rsidR="00C263C6" w:rsidRPr="004C7BAC">
        <w:rPr>
          <w:rFonts w:ascii="Arial" w:eastAsia="Arial" w:hAnsi="Arial" w:cs="Arial"/>
          <w:sz w:val="20"/>
          <w:szCs w:val="20"/>
          <w:lang w:val="es-ES"/>
        </w:rPr>
        <w:t>I</w:t>
      </w:r>
      <w:r w:rsidRPr="004C7BAC">
        <w:rPr>
          <w:rFonts w:ascii="Arial" w:eastAsia="Arial" w:hAnsi="Arial" w:cs="Arial"/>
          <w:sz w:val="20"/>
          <w:szCs w:val="20"/>
          <w:lang w:val="es-ES"/>
        </w:rPr>
        <w:t>V. PROCEDIMIENTOS DE CONTRATACIÓN</w:t>
      </w:r>
    </w:p>
    <w:p w14:paraId="34CB5B19" w14:textId="6359E4F2" w:rsidR="00593688" w:rsidRPr="004C7BAC" w:rsidRDefault="00593688" w:rsidP="00593688">
      <w:pPr>
        <w:spacing w:after="60" w:line="288" w:lineRule="auto"/>
        <w:jc w:val="both"/>
        <w:rPr>
          <w:rFonts w:eastAsia="Arial" w:cs="Arial"/>
          <w:sz w:val="20"/>
          <w:szCs w:val="20"/>
          <w:lang w:val="es-ES"/>
        </w:rPr>
      </w:pPr>
      <w:r w:rsidRPr="004C7BAC">
        <w:rPr>
          <w:rFonts w:eastAsia="Arial" w:cs="Arial"/>
          <w:sz w:val="20"/>
          <w:szCs w:val="20"/>
          <w:lang w:val="es-ES"/>
        </w:rPr>
        <w:t xml:space="preserve">Se deberá extraer de la plantilla aportada en Excel a todos los </w:t>
      </w:r>
      <w:r w:rsidRPr="00F23037">
        <w:rPr>
          <w:rFonts w:eastAsia="Arial" w:cs="Arial"/>
          <w:color w:val="auto"/>
          <w:sz w:val="20"/>
          <w:szCs w:val="20"/>
          <w:lang w:val="es-ES"/>
        </w:rPr>
        <w:t>beneficiari</w:t>
      </w:r>
      <w:r w:rsidR="004C7BAC" w:rsidRPr="00F23037">
        <w:rPr>
          <w:rFonts w:eastAsia="Arial" w:cs="Arial"/>
          <w:color w:val="auto"/>
          <w:sz w:val="20"/>
          <w:szCs w:val="20"/>
          <w:lang w:val="es-ES"/>
        </w:rPr>
        <w:t>o</w:t>
      </w:r>
      <w:r w:rsidRPr="00F23037">
        <w:rPr>
          <w:rFonts w:eastAsia="Arial" w:cs="Arial"/>
          <w:color w:val="auto"/>
          <w:sz w:val="20"/>
          <w:szCs w:val="20"/>
          <w:lang w:val="es-ES"/>
        </w:rPr>
        <w:t xml:space="preserve">s para </w:t>
      </w:r>
      <w:r w:rsidRPr="004C7BAC">
        <w:rPr>
          <w:rFonts w:eastAsia="Arial" w:cs="Arial"/>
          <w:sz w:val="20"/>
          <w:szCs w:val="20"/>
          <w:lang w:val="es-ES"/>
        </w:rPr>
        <w:t xml:space="preserve">la justificación de los gastos y se corresponderá con la pestaña ANEXO V y deberá ser firmada por el representante de la entidad. </w:t>
      </w:r>
    </w:p>
    <w:p w14:paraId="7872A8BE" w14:textId="77777777" w:rsidR="00593688" w:rsidRPr="004C7BAC" w:rsidRDefault="00593688" w:rsidP="00593688">
      <w:pPr>
        <w:spacing w:after="60" w:line="288" w:lineRule="auto"/>
        <w:jc w:val="both"/>
        <w:rPr>
          <w:rFonts w:cs="Arial"/>
          <w:sz w:val="20"/>
          <w:szCs w:val="20"/>
          <w:lang w:val="es-ES"/>
        </w:rPr>
      </w:pPr>
    </w:p>
    <w:p w14:paraId="61C078FB" w14:textId="77777777" w:rsidR="00AF4B48" w:rsidRPr="004C7BAC" w:rsidRDefault="00AF4B48" w:rsidP="00E65709">
      <w:pPr>
        <w:spacing w:after="60" w:line="288" w:lineRule="auto"/>
        <w:rPr>
          <w:rFonts w:cs="Arial"/>
          <w:sz w:val="20"/>
          <w:szCs w:val="20"/>
          <w:lang w:val="es-ES"/>
        </w:rPr>
      </w:pPr>
    </w:p>
    <w:sectPr w:rsidR="00AF4B48" w:rsidRPr="004C7BAC" w:rsidSect="00F31A20">
      <w:headerReference w:type="even" r:id="rId8"/>
      <w:headerReference w:type="default" r:id="rId9"/>
      <w:footerReference w:type="even" r:id="rId10"/>
      <w:footerReference w:type="default" r:id="rId11"/>
      <w:headerReference w:type="first" r:id="rId12"/>
      <w:footerReference w:type="first" r:id="rId13"/>
      <w:pgSz w:w="11906" w:h="16838"/>
      <w:pgMar w:top="1503" w:right="936" w:bottom="879" w:left="936" w:header="198"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E422A" w14:textId="77777777" w:rsidR="004E12F3" w:rsidRDefault="004E12F3">
      <w:pPr>
        <w:spacing w:after="0" w:line="240" w:lineRule="auto"/>
      </w:pPr>
      <w:r>
        <w:separator/>
      </w:r>
    </w:p>
  </w:endnote>
  <w:endnote w:type="continuationSeparator" w:id="0">
    <w:p w14:paraId="4FB3A0E3" w14:textId="77777777" w:rsidR="004E12F3" w:rsidRDefault="004E12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62343" w14:textId="77777777" w:rsidR="00E65709" w:rsidRDefault="00E65709">
    <w:pPr>
      <w:pStyle w:val="Piedepgina"/>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4E62C" w14:textId="5FAF8553" w:rsidR="00E65709" w:rsidRDefault="00E65709">
    <w:pPr>
      <w:pStyle w:val="Piedepgina"/>
      <w:jc w:val="right"/>
    </w:pPr>
    <w:r>
      <w:rPr>
        <w:rFonts w:eastAsia="Arial"/>
        <w:color w:val="666666"/>
        <w:sz w:val="15"/>
      </w:rPr>
      <w:t xml:space="preserve">Modelo </w:t>
    </w:r>
    <w:r w:rsidR="00F23037">
      <w:rPr>
        <w:rFonts w:eastAsia="Arial"/>
        <w:color w:val="666666"/>
        <w:sz w:val="15"/>
      </w:rPr>
      <w:t xml:space="preserve">memoria </w:t>
    </w:r>
    <w:proofErr w:type="spellStart"/>
    <w:r w:rsidR="00F23037">
      <w:rPr>
        <w:rFonts w:eastAsia="Arial"/>
        <w:color w:val="666666"/>
        <w:sz w:val="15"/>
      </w:rPr>
      <w:t>económica</w:t>
    </w:r>
    <w:proofErr w:type="spellEnd"/>
    <w:r>
      <w:rPr>
        <w:rFonts w:eastAsia="Arial"/>
        <w:color w:val="666666"/>
        <w:sz w:val="15"/>
      </w:rPr>
      <w:t xml:space="preserve"> </w:t>
    </w:r>
    <w:proofErr w:type="gramStart"/>
    <w:r>
      <w:rPr>
        <w:rFonts w:eastAsia="Arial"/>
        <w:color w:val="666666"/>
        <w:sz w:val="15"/>
      </w:rPr>
      <w:t>|  Página</w:t>
    </w:r>
    <w:proofErr w:type="gramEnd"/>
    <w:r>
      <w:rPr>
        <w:rFonts w:eastAsia="Arial"/>
        <w:color w:val="666666"/>
        <w:sz w:val="15"/>
      </w:rPr>
      <w:t xml:space="preserve"> </w:t>
    </w:r>
    <w:r>
      <w:fldChar w:fldCharType="begin"/>
    </w:r>
    <w:r>
      <w:instrText>PAGE</w:instrText>
    </w:r>
    <w:r>
      <w:fldChar w:fldCharType="separate"/>
    </w:r>
    <w:r w:rsidR="00B36C81">
      <w:rPr>
        <w:noProof/>
      </w:rPr>
      <w:t>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1AFB5" w14:textId="77777777" w:rsidR="00E65709" w:rsidRDefault="00E65709">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40FE3" w14:textId="77777777" w:rsidR="004E12F3" w:rsidRDefault="004E12F3">
      <w:pPr>
        <w:spacing w:after="0" w:line="240" w:lineRule="auto"/>
      </w:pPr>
      <w:r>
        <w:separator/>
      </w:r>
    </w:p>
  </w:footnote>
  <w:footnote w:type="continuationSeparator" w:id="0">
    <w:p w14:paraId="7D7FC370" w14:textId="77777777" w:rsidR="004E12F3" w:rsidRDefault="004E12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DE76D" w14:textId="77777777" w:rsidR="00E65709" w:rsidRDefault="00E65709">
    <w:pPr>
      <w:pStyle w:val="Encabezado"/>
      <w:spacing w:after="20"/>
      <w:jc w:val="center"/>
    </w:pPr>
    <w:r>
      <w:rPr>
        <w:noProof/>
        <w:lang w:val="es-ES" w:eastAsia="es-ES"/>
      </w:rPr>
      <w:drawing>
        <wp:inline distT="0" distB="0" distL="0" distR="0" wp14:anchorId="525D6AA0" wp14:editId="64D0670C">
          <wp:extent cx="6192000" cy="845148"/>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6192000" cy="845148"/>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D1291" w14:textId="77777777" w:rsidR="00E65709" w:rsidRDefault="00E65709">
    <w:pPr>
      <w:pStyle w:val="Encabezado"/>
      <w:spacing w:after="20"/>
      <w:jc w:val="center"/>
    </w:pPr>
    <w:r>
      <w:rPr>
        <w:noProof/>
        <w:lang w:val="es-ES" w:eastAsia="es-ES"/>
      </w:rPr>
      <w:drawing>
        <wp:inline distT="0" distB="0" distL="0" distR="0" wp14:anchorId="2A0E18EB" wp14:editId="6E6CACBA">
          <wp:extent cx="4476750" cy="8445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rotWithShape="1">
                  <a:blip r:embed="rId1"/>
                  <a:srcRect r="27650"/>
                  <a:stretch/>
                </pic:blipFill>
                <pic:spPr bwMode="auto">
                  <a:xfrm>
                    <a:off x="0" y="0"/>
                    <a:ext cx="4479920" cy="845148"/>
                  </a:xfrm>
                  <a:prstGeom prst="rect">
                    <a:avLst/>
                  </a:prstGeom>
                  <a:ln>
                    <a:noFill/>
                  </a:ln>
                  <a:extLst>
                    <a:ext uri="{53640926-AAD7-44D8-BBD7-CCE9431645EC}">
                      <a14:shadowObscured xmlns:a14="http://schemas.microsoft.com/office/drawing/2010/main"/>
                    </a:ext>
                  </a:extLst>
                </pic:spPr>
              </pic:pic>
            </a:graphicData>
          </a:graphic>
        </wp:inline>
      </w:drawing>
    </w:r>
  </w:p>
  <w:p w14:paraId="2E0E2410" w14:textId="77777777" w:rsidR="0052599B" w:rsidRDefault="0052599B">
    <w:pPr>
      <w:pStyle w:val="Encabezado"/>
      <w:spacing w:after="20"/>
      <w:jc w:val="center"/>
    </w:pPr>
  </w:p>
  <w:p w14:paraId="6F8A360D" w14:textId="77777777" w:rsidR="0052599B" w:rsidRDefault="0052599B">
    <w:pPr>
      <w:pStyle w:val="Encabezado"/>
      <w:spacing w:after="2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C3DEA" w14:textId="77777777" w:rsidR="00E65709" w:rsidRDefault="00F31A20" w:rsidP="00F31A20">
    <w:pPr>
      <w:pStyle w:val="Encabezado"/>
      <w:jc w:val="center"/>
    </w:pPr>
    <w:r>
      <w:rPr>
        <w:noProof/>
        <w:lang w:val="es-ES" w:eastAsia="es-ES"/>
      </w:rPr>
      <w:drawing>
        <wp:inline distT="0" distB="0" distL="0" distR="0" wp14:anchorId="572B305B" wp14:editId="6B035EAF">
          <wp:extent cx="4505325" cy="844550"/>
          <wp:effectExtent l="0" t="0" r="9525"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rotWithShape="1">
                  <a:blip r:embed="rId1"/>
                  <a:srcRect r="27188"/>
                  <a:stretch/>
                </pic:blipFill>
                <pic:spPr bwMode="auto">
                  <a:xfrm>
                    <a:off x="0" y="0"/>
                    <a:ext cx="4508515" cy="845148"/>
                  </a:xfrm>
                  <a:prstGeom prst="rect">
                    <a:avLst/>
                  </a:prstGeom>
                  <a:ln>
                    <a:noFill/>
                  </a:ln>
                  <a:extLst>
                    <a:ext uri="{53640926-AAD7-44D8-BBD7-CCE9431645EC}">
                      <a14:shadowObscured xmlns:a14="http://schemas.microsoft.com/office/drawing/2010/main"/>
                    </a:ext>
                  </a:extLst>
                </pic:spPr>
              </pic:pic>
            </a:graphicData>
          </a:graphic>
        </wp:inline>
      </w:drawing>
    </w:r>
  </w:p>
  <w:p w14:paraId="39D00563" w14:textId="77777777" w:rsidR="0052599B" w:rsidRDefault="0052599B" w:rsidP="00F31A20">
    <w:pPr>
      <w:pStyle w:val="Encabezado"/>
      <w:jc w:val="center"/>
    </w:pPr>
  </w:p>
  <w:p w14:paraId="7C6B7676" w14:textId="77777777" w:rsidR="0052599B" w:rsidRDefault="0052599B" w:rsidP="00F31A20">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2AFF3FEC"/>
    <w:multiLevelType w:val="hybridMultilevel"/>
    <w:tmpl w:val="FB58EE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228764842">
    <w:abstractNumId w:val="8"/>
  </w:num>
  <w:num w:numId="2" w16cid:durableId="974987643">
    <w:abstractNumId w:val="6"/>
  </w:num>
  <w:num w:numId="3" w16cid:durableId="343824037">
    <w:abstractNumId w:val="5"/>
  </w:num>
  <w:num w:numId="4" w16cid:durableId="342629344">
    <w:abstractNumId w:val="4"/>
  </w:num>
  <w:num w:numId="5" w16cid:durableId="1260717258">
    <w:abstractNumId w:val="7"/>
  </w:num>
  <w:num w:numId="6" w16cid:durableId="1636594583">
    <w:abstractNumId w:val="3"/>
  </w:num>
  <w:num w:numId="7" w16cid:durableId="384136491">
    <w:abstractNumId w:val="2"/>
  </w:num>
  <w:num w:numId="8" w16cid:durableId="1985770294">
    <w:abstractNumId w:val="1"/>
  </w:num>
  <w:num w:numId="9" w16cid:durableId="928125546">
    <w:abstractNumId w:val="0"/>
  </w:num>
  <w:num w:numId="10" w16cid:durableId="16340168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5074B"/>
    <w:rsid w:val="00176311"/>
    <w:rsid w:val="002173DB"/>
    <w:rsid w:val="0029639D"/>
    <w:rsid w:val="00326F90"/>
    <w:rsid w:val="004C7BAC"/>
    <w:rsid w:val="004E12F3"/>
    <w:rsid w:val="0052599B"/>
    <w:rsid w:val="00593688"/>
    <w:rsid w:val="008520DA"/>
    <w:rsid w:val="00AA1D8D"/>
    <w:rsid w:val="00AE3876"/>
    <w:rsid w:val="00AF4B48"/>
    <w:rsid w:val="00B36C81"/>
    <w:rsid w:val="00B47730"/>
    <w:rsid w:val="00B65C19"/>
    <w:rsid w:val="00C263C6"/>
    <w:rsid w:val="00C31693"/>
    <w:rsid w:val="00CB0664"/>
    <w:rsid w:val="00E65709"/>
    <w:rsid w:val="00E7399C"/>
    <w:rsid w:val="00F23037"/>
    <w:rsid w:val="00F31A2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A0AE7C"/>
  <w14:defaultImageDpi w14:val="300"/>
  <w15:docId w15:val="{3FBCC85E-6A24-4DEA-B019-2D20F0441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hAnsi="Arial"/>
      <w:color w:val="000000"/>
      <w:sz w:val="18"/>
    </w:rPr>
  </w:style>
  <w:style w:type="paragraph" w:styleId="Ttulo1">
    <w:name w:val="heading 1"/>
    <w:basedOn w:val="Normal"/>
    <w:next w:val="Normal"/>
    <w:link w:val="Ttulo1Car"/>
    <w:uiPriority w:val="9"/>
    <w:qFormat/>
    <w:rsid w:val="00FC693F"/>
    <w:pPr>
      <w:keepNext/>
      <w:keepLines/>
      <w:spacing w:before="280" w:after="120"/>
      <w:outlineLvl w:val="0"/>
    </w:pPr>
    <w:rPr>
      <w:rFonts w:asciiTheme="majorHAnsi" w:eastAsiaTheme="majorEastAsia" w:hAnsiTheme="majorHAnsi" w:cstheme="majorBidi"/>
      <w:b/>
      <w:bCs/>
      <w:sz w:val="22"/>
      <w:szCs w:val="28"/>
    </w:rPr>
  </w:style>
  <w:style w:type="paragraph" w:styleId="Ttulo2">
    <w:name w:val="heading 2"/>
    <w:basedOn w:val="Normal"/>
    <w:next w:val="Normal"/>
    <w:link w:val="Ttulo2Car"/>
    <w:uiPriority w:val="9"/>
    <w:unhideWhenUsed/>
    <w:qFormat/>
    <w:rsid w:val="00FC693F"/>
    <w:pPr>
      <w:keepNext/>
      <w:keepLines/>
      <w:spacing w:before="200" w:after="80"/>
      <w:outlineLvl w:val="1"/>
    </w:pPr>
    <w:rPr>
      <w:rFonts w:asciiTheme="majorHAnsi" w:eastAsiaTheme="majorEastAsia" w:hAnsiTheme="majorHAnsi" w:cstheme="majorBidi"/>
      <w:b/>
      <w:bCs/>
      <w:sz w:val="19"/>
      <w:szCs w:val="26"/>
    </w:rPr>
  </w:style>
  <w:style w:type="paragraph" w:styleId="Ttulo3">
    <w:name w:val="heading 3"/>
    <w:basedOn w:val="Normal"/>
    <w:next w:val="Normal"/>
    <w:link w:val="Ttulo3Car"/>
    <w:uiPriority w:val="9"/>
    <w:unhideWhenUsed/>
    <w:qFormat/>
    <w:rsid w:val="00FC693F"/>
    <w:pPr>
      <w:keepNext/>
      <w:keepLines/>
      <w:spacing w:before="160" w:after="60"/>
      <w:outlineLvl w:val="2"/>
    </w:pPr>
    <w:rPr>
      <w:rFonts w:asciiTheme="majorHAnsi" w:eastAsiaTheme="majorEastAsia" w:hAnsiTheme="majorHAnsi" w:cstheme="majorBidi"/>
      <w:b/>
      <w:bCs/>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spacing w:val="5"/>
      <w:kern w:val="28"/>
      <w:sz w:val="30"/>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keepNext/>
      <w:numPr>
        <w:ilvl w:val="1"/>
      </w:numPr>
      <w:spacing w:after="240"/>
    </w:pPr>
    <w:rPr>
      <w:rFonts w:asciiTheme="majorHAnsi" w:eastAsiaTheme="majorEastAsia" w:hAnsiTheme="majorHAnsi" w:cstheme="majorBidi"/>
      <w:i/>
      <w:iCs/>
      <w:spacing w:val="15"/>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tadecumplimentacin">
    <w:name w:val="Nota de cumplimentación"/>
    <w:pPr>
      <w:spacing w:after="80"/>
    </w:pPr>
    <w:rPr>
      <w:rFonts w:ascii="Arial" w:hAnsi="Arial"/>
      <w:i/>
      <w:color w:val="666666"/>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D05A49-47AD-47B4-81DA-3EDD45C7A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1020</Words>
  <Characters>5610</Characters>
  <Application>Microsoft Office Word</Application>
  <DocSecurity>0</DocSecurity>
  <Lines>46</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Modelo_Memoria_Economica_Ayudas_DANA_v2</vt:lpstr>
      <vt:lpstr/>
    </vt:vector>
  </TitlesOfParts>
  <Manager/>
  <Company/>
  <LinksUpToDate>false</LinksUpToDate>
  <CharactersWithSpaces>6617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Modelo_Memoria_Economica_Ayudas_DANA_v2</dc:title>
  <dc:subject>Modelo de justificación de ayudas DANA - versión 2</dc:subject>
  <dc:creator>Modelo orientativo</dc:creator>
  <cp:keywords/>
  <dc:description>generated by python-docx</dc:description>
  <cp:lastModifiedBy>Maria Eugenia Ayllon Sánchez</cp:lastModifiedBy>
  <cp:revision>2</cp:revision>
  <dcterms:created xsi:type="dcterms:W3CDTF">2026-09-22T10:09:00Z</dcterms:created>
  <dcterms:modified xsi:type="dcterms:W3CDTF">2026-09-22T10:09:00Z</dcterms:modified>
  <cp:category/>
</cp:coreProperties>
</file>