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913CD" w14:textId="77777777" w:rsidR="00883FCB" w:rsidRPr="00F5731F" w:rsidRDefault="007A7608">
      <w:pPr>
        <w:pStyle w:val="Ttulo"/>
        <w:spacing w:after="140"/>
        <w:jc w:val="center"/>
        <w:rPr>
          <w:lang w:val="es-ES"/>
        </w:rPr>
      </w:pPr>
      <w:r w:rsidRPr="00F5731F">
        <w:rPr>
          <w:rFonts w:ascii="Arial" w:eastAsia="Arial" w:hAnsi="Arial"/>
          <w:lang w:val="es-ES"/>
        </w:rPr>
        <w:t>MEMORIA TÉCNICA DE CUMPLIMIENTO</w:t>
      </w:r>
    </w:p>
    <w:p w14:paraId="55A969BA" w14:textId="77777777" w:rsidR="007A7608" w:rsidRPr="00F5731F" w:rsidRDefault="007A7608" w:rsidP="007A7608">
      <w:pPr>
        <w:pStyle w:val="Subttulo"/>
        <w:spacing w:after="160" w:line="288" w:lineRule="auto"/>
        <w:jc w:val="center"/>
        <w:rPr>
          <w:rFonts w:ascii="Arial" w:hAnsi="Arial" w:cs="Arial"/>
          <w:sz w:val="20"/>
          <w:szCs w:val="20"/>
          <w:lang w:val="es-ES"/>
        </w:rPr>
      </w:pPr>
      <w:r w:rsidRPr="00F5731F">
        <w:rPr>
          <w:rFonts w:ascii="Arial" w:eastAsia="Arial" w:hAnsi="Arial" w:cs="Arial"/>
          <w:i w:val="0"/>
          <w:sz w:val="20"/>
          <w:szCs w:val="20"/>
          <w:lang w:val="es-ES"/>
        </w:rPr>
        <w:t>Cuenta justificativa de las subvenciones directas para la reparación y adecuación de infraestructuras de abastecimiento, saneamiento y depuración afectadas por la DANA</w:t>
      </w:r>
    </w:p>
    <w:tbl>
      <w:tblPr>
        <w:tblStyle w:val="Tablaconcuadrcula"/>
        <w:tblW w:w="9300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700"/>
      </w:tblGrid>
      <w:tr w:rsidR="007A7608" w:rsidRPr="00F5731F" w14:paraId="7831EFFC" w14:textId="77777777" w:rsidTr="007A7608">
        <w:trPr>
          <w:jc w:val="center"/>
        </w:trPr>
        <w:tc>
          <w:tcPr>
            <w:tcW w:w="2600" w:type="dxa"/>
            <w:shd w:val="clear" w:color="auto" w:fill="EAF0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49DEA2" w14:textId="77777777" w:rsidR="007A7608" w:rsidRPr="00E65709" w:rsidRDefault="007A7608" w:rsidP="007A7608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r w:rsidRPr="00E65709">
              <w:rPr>
                <w:rFonts w:eastAsia="Arial" w:cs="Arial"/>
                <w:b/>
                <w:sz w:val="20"/>
                <w:szCs w:val="20"/>
              </w:rPr>
              <w:t xml:space="preserve">Norma de </w:t>
            </w:r>
            <w:proofErr w:type="spellStart"/>
            <w:r w:rsidRPr="00E65709">
              <w:rPr>
                <w:rFonts w:eastAsia="Arial" w:cs="Arial"/>
                <w:b/>
                <w:sz w:val="20"/>
                <w:szCs w:val="20"/>
              </w:rPr>
              <w:t>concesión</w:t>
            </w:r>
            <w:proofErr w:type="spellEnd"/>
          </w:p>
        </w:tc>
        <w:tc>
          <w:tcPr>
            <w:tcW w:w="670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EED36E" w14:textId="77777777" w:rsidR="007A7608" w:rsidRPr="00F5731F" w:rsidRDefault="007A7608" w:rsidP="007A7608">
            <w:pPr>
              <w:spacing w:after="0" w:line="288" w:lineRule="auto"/>
              <w:rPr>
                <w:rFonts w:cs="Arial"/>
                <w:sz w:val="20"/>
                <w:szCs w:val="20"/>
                <w:lang w:val="es-ES"/>
              </w:rPr>
            </w:pPr>
            <w:r w:rsidRPr="00F5731F">
              <w:rPr>
                <w:rFonts w:eastAsia="Arial" w:cs="Arial"/>
                <w:sz w:val="20"/>
                <w:szCs w:val="20"/>
                <w:lang w:val="es-ES"/>
              </w:rPr>
              <w:t>Resolución de la Secretaría de Estado de Medio Ambiente de 23 de octubre de 2025</w:t>
            </w:r>
          </w:p>
        </w:tc>
      </w:tr>
      <w:tr w:rsidR="007A7608" w:rsidRPr="00F5731F" w14:paraId="01A7A0CE" w14:textId="77777777" w:rsidTr="007A7608">
        <w:trPr>
          <w:jc w:val="center"/>
        </w:trPr>
        <w:tc>
          <w:tcPr>
            <w:tcW w:w="2600" w:type="dxa"/>
            <w:shd w:val="clear" w:color="auto" w:fill="EAF0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D08C43" w14:textId="77777777" w:rsidR="007A7608" w:rsidRPr="00E65709" w:rsidRDefault="007A7608" w:rsidP="007A7608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proofErr w:type="spellStart"/>
            <w:r w:rsidRPr="00E65709">
              <w:rPr>
                <w:rFonts w:eastAsia="Arial" w:cs="Arial"/>
                <w:b/>
                <w:sz w:val="20"/>
                <w:szCs w:val="20"/>
              </w:rPr>
              <w:t>Modalidad</w:t>
            </w:r>
            <w:proofErr w:type="spellEnd"/>
          </w:p>
        </w:tc>
        <w:tc>
          <w:tcPr>
            <w:tcW w:w="670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A1A79B" w14:textId="77777777" w:rsidR="007A7608" w:rsidRPr="00F5731F" w:rsidRDefault="007A7608" w:rsidP="007A7608">
            <w:pPr>
              <w:spacing w:after="0" w:line="288" w:lineRule="auto"/>
              <w:rPr>
                <w:rFonts w:cs="Arial"/>
                <w:sz w:val="20"/>
                <w:szCs w:val="20"/>
                <w:lang w:val="es-ES"/>
              </w:rPr>
            </w:pPr>
            <w:r w:rsidRPr="00F5731F">
              <w:rPr>
                <w:rFonts w:eastAsia="Arial" w:cs="Arial"/>
                <w:sz w:val="20"/>
                <w:szCs w:val="20"/>
                <w:lang w:val="es-ES"/>
              </w:rPr>
              <w:t>Cuenta justificativa con informe de auditor (art. 74 del Real Decreto 887/2006)</w:t>
            </w:r>
          </w:p>
        </w:tc>
      </w:tr>
      <w:tr w:rsidR="007A7608" w:rsidRPr="00F5731F" w14:paraId="0860D0BA" w14:textId="77777777" w:rsidTr="007A7608">
        <w:trPr>
          <w:jc w:val="center"/>
        </w:trPr>
        <w:tc>
          <w:tcPr>
            <w:tcW w:w="2600" w:type="dxa"/>
            <w:shd w:val="clear" w:color="auto" w:fill="EAF0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D0BADB" w14:textId="77777777" w:rsidR="007A7608" w:rsidRPr="00E65709" w:rsidRDefault="007A7608" w:rsidP="007A7608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proofErr w:type="spellStart"/>
            <w:r w:rsidRPr="00E65709">
              <w:rPr>
                <w:rFonts w:eastAsia="Arial" w:cs="Arial"/>
                <w:b/>
                <w:sz w:val="20"/>
                <w:szCs w:val="20"/>
              </w:rPr>
              <w:t>Documento</w:t>
            </w:r>
            <w:proofErr w:type="spellEnd"/>
            <w:r w:rsidRPr="00E65709">
              <w:rPr>
                <w:rFonts w:eastAsia="Arial" w:cs="Arial"/>
                <w:b/>
                <w:sz w:val="20"/>
                <w:szCs w:val="20"/>
              </w:rPr>
              <w:t xml:space="preserve"> de </w:t>
            </w:r>
            <w:proofErr w:type="spellStart"/>
            <w:r w:rsidRPr="00E65709">
              <w:rPr>
                <w:rFonts w:eastAsia="Arial" w:cs="Arial"/>
                <w:b/>
                <w:sz w:val="20"/>
                <w:szCs w:val="20"/>
              </w:rPr>
              <w:t>referencia</w:t>
            </w:r>
            <w:proofErr w:type="spellEnd"/>
          </w:p>
        </w:tc>
        <w:tc>
          <w:tcPr>
            <w:tcW w:w="670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9D29FE" w14:textId="77777777" w:rsidR="007A7608" w:rsidRPr="00F5731F" w:rsidRDefault="007A7608" w:rsidP="007A7608">
            <w:pPr>
              <w:spacing w:after="0" w:line="288" w:lineRule="auto"/>
              <w:rPr>
                <w:rFonts w:cs="Arial"/>
                <w:sz w:val="20"/>
                <w:szCs w:val="20"/>
                <w:lang w:val="es-ES"/>
              </w:rPr>
            </w:pPr>
            <w:r w:rsidRPr="00F5731F">
              <w:rPr>
                <w:rFonts w:eastAsia="Arial" w:cs="Arial"/>
                <w:sz w:val="20"/>
                <w:szCs w:val="20"/>
                <w:lang w:val="es-ES"/>
              </w:rPr>
              <w:t>Guía de justificación de las actuaciones</w:t>
            </w:r>
          </w:p>
        </w:tc>
      </w:tr>
    </w:tbl>
    <w:p w14:paraId="05342A78" w14:textId="77777777" w:rsidR="007A7608" w:rsidRPr="00F5731F" w:rsidRDefault="007A7608" w:rsidP="007A7608">
      <w:pPr>
        <w:pStyle w:val="Ttulo2"/>
        <w:spacing w:before="140" w:after="40" w:line="288" w:lineRule="auto"/>
        <w:rPr>
          <w:rFonts w:ascii="Arial" w:hAnsi="Arial" w:cs="Arial"/>
          <w:sz w:val="20"/>
          <w:szCs w:val="20"/>
          <w:lang w:val="es-ES"/>
        </w:rPr>
      </w:pPr>
      <w:r w:rsidRPr="00F5731F">
        <w:rPr>
          <w:rFonts w:ascii="Arial" w:eastAsia="Arial" w:hAnsi="Arial" w:cs="Arial"/>
          <w:sz w:val="20"/>
          <w:szCs w:val="20"/>
          <w:lang w:val="es-ES"/>
        </w:rPr>
        <w:t>INSTRUCCIONES DE USO</w:t>
      </w:r>
    </w:p>
    <w:p w14:paraId="3D4DE83A" w14:textId="77777777" w:rsidR="007A7608" w:rsidRPr="00F5731F" w:rsidRDefault="007A7608" w:rsidP="007A7608">
      <w:pPr>
        <w:pStyle w:val="Notadecumplimentacin"/>
        <w:spacing w:after="60" w:line="288" w:lineRule="auto"/>
        <w:jc w:val="both"/>
        <w:rPr>
          <w:rFonts w:cs="Arial"/>
          <w:sz w:val="20"/>
          <w:szCs w:val="20"/>
          <w:lang w:val="es-ES"/>
        </w:rPr>
      </w:pPr>
      <w:r w:rsidRPr="00F5731F">
        <w:rPr>
          <w:rFonts w:eastAsia="Arial" w:cs="Arial"/>
          <w:color w:val="000000"/>
          <w:sz w:val="20"/>
          <w:szCs w:val="20"/>
          <w:lang w:val="es-ES"/>
        </w:rPr>
        <w:t xml:space="preserve">Los textos entre corchetes deben cumplimentarse o suprimirse. Deben eliminarse esta página de instrucciones y las notas aclaratorias antes de firmar. </w:t>
      </w:r>
    </w:p>
    <w:p w14:paraId="70D2E078" w14:textId="77777777" w:rsidR="007A7608" w:rsidRPr="00F5731F" w:rsidRDefault="007A7608" w:rsidP="007A7608">
      <w:pPr>
        <w:pStyle w:val="Listaconvietas"/>
        <w:keepLines/>
        <w:spacing w:after="60" w:line="288" w:lineRule="auto"/>
        <w:ind w:left="403" w:hanging="259"/>
        <w:jc w:val="both"/>
        <w:rPr>
          <w:rFonts w:eastAsia="Arial" w:cs="Arial"/>
          <w:sz w:val="20"/>
          <w:szCs w:val="20"/>
          <w:lang w:val="es-ES"/>
        </w:rPr>
      </w:pPr>
      <w:r w:rsidRPr="00F5731F">
        <w:rPr>
          <w:rFonts w:eastAsia="Arial" w:cs="Arial"/>
          <w:sz w:val="20"/>
          <w:szCs w:val="20"/>
          <w:lang w:val="es-ES"/>
        </w:rPr>
        <w:t>La memoria técnica de cumplimiento forma parte de la cuenta justificativa y debe acompañarse de la memoria económica abreviada y del informe del auditor inscrito como ejerciente en el ROAC.</w:t>
      </w:r>
    </w:p>
    <w:p w14:paraId="64FA4EE8" w14:textId="77777777" w:rsidR="007A7608" w:rsidRPr="00F5731F" w:rsidRDefault="007A7608" w:rsidP="007A7608">
      <w:pPr>
        <w:rPr>
          <w:lang w:val="es-ES"/>
        </w:rPr>
      </w:pPr>
      <w:r w:rsidRPr="00F5731F">
        <w:rPr>
          <w:lang w:val="es-ES"/>
        </w:rPr>
        <w:br w:type="page"/>
      </w:r>
    </w:p>
    <w:p w14:paraId="71B20919" w14:textId="77777777" w:rsidR="00A27F9F" w:rsidRPr="00F5731F" w:rsidRDefault="00A27F9F" w:rsidP="007A7608">
      <w:pPr>
        <w:pStyle w:val="Ttulo1"/>
        <w:spacing w:before="180" w:after="80" w:line="288" w:lineRule="auto"/>
        <w:rPr>
          <w:rFonts w:ascii="Arial" w:eastAsia="Arial" w:hAnsi="Arial" w:cs="Arial"/>
          <w:sz w:val="20"/>
          <w:szCs w:val="20"/>
          <w:lang w:val="es-ES"/>
        </w:rPr>
      </w:pPr>
    </w:p>
    <w:p w14:paraId="5613F6B9" w14:textId="77777777" w:rsidR="007A7608" w:rsidRPr="00E65709" w:rsidRDefault="007A7608" w:rsidP="000658D6">
      <w:pPr>
        <w:pStyle w:val="Ttulo1"/>
        <w:spacing w:before="180" w:after="80" w:line="288" w:lineRule="auto"/>
        <w:rPr>
          <w:rFonts w:ascii="Arial" w:hAnsi="Arial" w:cs="Arial"/>
          <w:sz w:val="20"/>
          <w:szCs w:val="20"/>
        </w:rPr>
      </w:pPr>
      <w:r w:rsidRPr="00E65709">
        <w:rPr>
          <w:rFonts w:ascii="Arial" w:eastAsia="Arial" w:hAnsi="Arial" w:cs="Arial"/>
          <w:sz w:val="20"/>
          <w:szCs w:val="20"/>
        </w:rPr>
        <w:t>1. DATOS IDENTIFICATIVOS</w:t>
      </w:r>
    </w:p>
    <w:tbl>
      <w:tblPr>
        <w:tblStyle w:val="Tablaconcuadrcula"/>
        <w:tblW w:w="9300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700"/>
      </w:tblGrid>
      <w:tr w:rsidR="007A7608" w:rsidRPr="00E65709" w14:paraId="23AD781C" w14:textId="77777777" w:rsidTr="007A7608">
        <w:trPr>
          <w:jc w:val="center"/>
        </w:trPr>
        <w:tc>
          <w:tcPr>
            <w:tcW w:w="2600" w:type="dxa"/>
            <w:shd w:val="clear" w:color="auto" w:fill="EAF0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ECEDC0" w14:textId="77777777" w:rsidR="007A7608" w:rsidRPr="00E65709" w:rsidRDefault="007A7608" w:rsidP="000658D6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proofErr w:type="spellStart"/>
            <w:r w:rsidRPr="00E65709">
              <w:rPr>
                <w:rFonts w:eastAsia="Arial" w:cs="Arial"/>
                <w:b/>
                <w:sz w:val="20"/>
                <w:szCs w:val="20"/>
              </w:rPr>
              <w:t>Entidad</w:t>
            </w:r>
            <w:proofErr w:type="spellEnd"/>
            <w:r w:rsidRPr="00E65709">
              <w:rPr>
                <w:rFonts w:eastAsia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65709">
              <w:rPr>
                <w:rFonts w:eastAsia="Arial" w:cs="Arial"/>
                <w:b/>
                <w:sz w:val="20"/>
                <w:szCs w:val="20"/>
              </w:rPr>
              <w:t>beneficiaria</w:t>
            </w:r>
            <w:proofErr w:type="spellEnd"/>
          </w:p>
        </w:tc>
        <w:tc>
          <w:tcPr>
            <w:tcW w:w="670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69B0B8" w14:textId="77777777" w:rsidR="007A7608" w:rsidRPr="00E65709" w:rsidRDefault="007A7608" w:rsidP="000658D6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r w:rsidRPr="00E65709">
              <w:rPr>
                <w:rFonts w:eastAsia="Arial" w:cs="Arial"/>
                <w:sz w:val="20"/>
                <w:szCs w:val="20"/>
              </w:rPr>
              <w:t>[DENOMINACIÓN SOCIAL COMPLETA]</w:t>
            </w:r>
          </w:p>
        </w:tc>
      </w:tr>
      <w:tr w:rsidR="007A7608" w:rsidRPr="00E65709" w14:paraId="48506D3B" w14:textId="77777777" w:rsidTr="007A7608">
        <w:trPr>
          <w:jc w:val="center"/>
        </w:trPr>
        <w:tc>
          <w:tcPr>
            <w:tcW w:w="2600" w:type="dxa"/>
            <w:shd w:val="clear" w:color="auto" w:fill="EAF0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E587E9" w14:textId="77777777" w:rsidR="007A7608" w:rsidRPr="00E65709" w:rsidRDefault="007A7608" w:rsidP="000658D6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r w:rsidRPr="00E65709">
              <w:rPr>
                <w:rFonts w:eastAsia="Arial" w:cs="Arial"/>
                <w:b/>
                <w:sz w:val="20"/>
                <w:szCs w:val="20"/>
              </w:rPr>
              <w:t>NIF</w:t>
            </w:r>
          </w:p>
        </w:tc>
        <w:tc>
          <w:tcPr>
            <w:tcW w:w="670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9BE943" w14:textId="77777777" w:rsidR="007A7608" w:rsidRPr="00E65709" w:rsidRDefault="007A7608" w:rsidP="000658D6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r w:rsidRPr="00E65709">
              <w:rPr>
                <w:rFonts w:eastAsia="Arial" w:cs="Arial"/>
                <w:sz w:val="20"/>
                <w:szCs w:val="20"/>
              </w:rPr>
              <w:t>[NIF]</w:t>
            </w:r>
          </w:p>
        </w:tc>
      </w:tr>
      <w:tr w:rsidR="007A7608" w:rsidRPr="00E65709" w14:paraId="15A4FDDF" w14:textId="77777777" w:rsidTr="007A7608">
        <w:trPr>
          <w:jc w:val="center"/>
        </w:trPr>
        <w:tc>
          <w:tcPr>
            <w:tcW w:w="2600" w:type="dxa"/>
            <w:shd w:val="clear" w:color="auto" w:fill="EAF0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7B4B9F" w14:textId="77777777" w:rsidR="007A7608" w:rsidRPr="00E65709" w:rsidRDefault="007A7608" w:rsidP="000658D6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proofErr w:type="spellStart"/>
            <w:r w:rsidRPr="00E65709">
              <w:rPr>
                <w:rFonts w:eastAsia="Arial" w:cs="Arial"/>
                <w:b/>
                <w:sz w:val="20"/>
                <w:szCs w:val="20"/>
              </w:rPr>
              <w:t>Domicilio</w:t>
            </w:r>
            <w:proofErr w:type="spellEnd"/>
          </w:p>
        </w:tc>
        <w:tc>
          <w:tcPr>
            <w:tcW w:w="670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10EEC7" w14:textId="77777777" w:rsidR="007A7608" w:rsidRPr="00E65709" w:rsidRDefault="007A7608" w:rsidP="000658D6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r w:rsidRPr="00E65709">
              <w:rPr>
                <w:rFonts w:eastAsia="Arial" w:cs="Arial"/>
                <w:sz w:val="20"/>
                <w:szCs w:val="20"/>
              </w:rPr>
              <w:t>[DOMICILIO]</w:t>
            </w:r>
          </w:p>
        </w:tc>
      </w:tr>
      <w:tr w:rsidR="007A7608" w:rsidRPr="00E65709" w14:paraId="42CFD433" w14:textId="77777777" w:rsidTr="007A7608">
        <w:trPr>
          <w:jc w:val="center"/>
        </w:trPr>
        <w:tc>
          <w:tcPr>
            <w:tcW w:w="2600" w:type="dxa"/>
            <w:shd w:val="clear" w:color="auto" w:fill="EAF0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AC029D" w14:textId="77777777" w:rsidR="007A7608" w:rsidRPr="00E65709" w:rsidRDefault="007A7608" w:rsidP="000658D6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proofErr w:type="spellStart"/>
            <w:r w:rsidRPr="00E65709">
              <w:rPr>
                <w:rFonts w:eastAsia="Arial" w:cs="Arial"/>
                <w:b/>
                <w:sz w:val="20"/>
                <w:szCs w:val="20"/>
              </w:rPr>
              <w:t>Representante</w:t>
            </w:r>
            <w:proofErr w:type="spellEnd"/>
          </w:p>
        </w:tc>
        <w:tc>
          <w:tcPr>
            <w:tcW w:w="670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ED407D" w14:textId="77777777" w:rsidR="007A7608" w:rsidRPr="00E65709" w:rsidRDefault="007A7608" w:rsidP="000658D6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r w:rsidRPr="00E65709">
              <w:rPr>
                <w:rFonts w:eastAsia="Arial" w:cs="Arial"/>
                <w:sz w:val="20"/>
                <w:szCs w:val="20"/>
              </w:rPr>
              <w:t>[NOMBRE, CARGO Y NIF]</w:t>
            </w:r>
          </w:p>
        </w:tc>
      </w:tr>
      <w:tr w:rsidR="007A7608" w:rsidRPr="00E65709" w14:paraId="186A0304" w14:textId="77777777" w:rsidTr="007A7608">
        <w:trPr>
          <w:jc w:val="center"/>
        </w:trPr>
        <w:tc>
          <w:tcPr>
            <w:tcW w:w="2600" w:type="dxa"/>
            <w:shd w:val="clear" w:color="auto" w:fill="EAF0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A0C8BBC" w14:textId="77777777" w:rsidR="007A7608" w:rsidRPr="00E65709" w:rsidRDefault="007A7608" w:rsidP="000658D6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proofErr w:type="spellStart"/>
            <w:r w:rsidRPr="00E65709">
              <w:rPr>
                <w:rFonts w:eastAsia="Arial" w:cs="Arial"/>
                <w:b/>
                <w:sz w:val="20"/>
                <w:szCs w:val="20"/>
              </w:rPr>
              <w:t>Expediente</w:t>
            </w:r>
            <w:proofErr w:type="spellEnd"/>
          </w:p>
        </w:tc>
        <w:tc>
          <w:tcPr>
            <w:tcW w:w="670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5971A8" w14:textId="77777777" w:rsidR="007A7608" w:rsidRPr="00E65709" w:rsidRDefault="007A7608" w:rsidP="000658D6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r w:rsidRPr="00E65709">
              <w:rPr>
                <w:rFonts w:eastAsia="Arial" w:cs="Arial"/>
                <w:sz w:val="20"/>
                <w:szCs w:val="20"/>
              </w:rPr>
              <w:t>[NÚMERO/CÓDIGO]</w:t>
            </w:r>
          </w:p>
        </w:tc>
      </w:tr>
      <w:tr w:rsidR="007A7608" w:rsidRPr="00F5731F" w14:paraId="1E805956" w14:textId="77777777" w:rsidTr="007A7608">
        <w:trPr>
          <w:jc w:val="center"/>
        </w:trPr>
        <w:tc>
          <w:tcPr>
            <w:tcW w:w="2600" w:type="dxa"/>
            <w:shd w:val="clear" w:color="auto" w:fill="EAF0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0260C8" w14:textId="77777777" w:rsidR="007A7608" w:rsidRPr="00E65709" w:rsidRDefault="007A7608" w:rsidP="000658D6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r w:rsidRPr="00E65709">
              <w:rPr>
                <w:rFonts w:eastAsia="Arial" w:cs="Arial"/>
                <w:b/>
                <w:sz w:val="20"/>
                <w:szCs w:val="20"/>
              </w:rPr>
              <w:t xml:space="preserve">Proyecto / </w:t>
            </w:r>
            <w:proofErr w:type="spellStart"/>
            <w:r w:rsidRPr="00E65709">
              <w:rPr>
                <w:rFonts w:eastAsia="Arial" w:cs="Arial"/>
                <w:b/>
                <w:sz w:val="20"/>
                <w:szCs w:val="20"/>
              </w:rPr>
              <w:t>actuaciones</w:t>
            </w:r>
            <w:proofErr w:type="spellEnd"/>
          </w:p>
        </w:tc>
        <w:tc>
          <w:tcPr>
            <w:tcW w:w="670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47B891" w14:textId="77777777" w:rsidR="007A7608" w:rsidRPr="00F5731F" w:rsidRDefault="007A7608" w:rsidP="000658D6">
            <w:pPr>
              <w:spacing w:after="0" w:line="288" w:lineRule="auto"/>
              <w:rPr>
                <w:rFonts w:cs="Arial"/>
                <w:sz w:val="20"/>
                <w:szCs w:val="20"/>
                <w:lang w:val="es-ES"/>
              </w:rPr>
            </w:pPr>
            <w:r w:rsidRPr="00F5731F">
              <w:rPr>
                <w:rFonts w:eastAsia="Arial" w:cs="Arial"/>
                <w:sz w:val="20"/>
                <w:szCs w:val="20"/>
                <w:lang w:val="es-ES"/>
              </w:rPr>
              <w:t>[DENOMINACIÓN Y CÓDIGOS SEGÚN ANEXO IV Y MEMORIAS APROBADAS]</w:t>
            </w:r>
          </w:p>
        </w:tc>
      </w:tr>
      <w:tr w:rsidR="007A7608" w:rsidRPr="00E65709" w14:paraId="17F24646" w14:textId="77777777" w:rsidTr="007A7608">
        <w:trPr>
          <w:jc w:val="center"/>
        </w:trPr>
        <w:tc>
          <w:tcPr>
            <w:tcW w:w="2600" w:type="dxa"/>
            <w:shd w:val="clear" w:color="auto" w:fill="EAF0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EFF6BC" w14:textId="4F56DC3E" w:rsidR="007A7608" w:rsidRPr="00CF0432" w:rsidRDefault="007A7608" w:rsidP="000658D6">
            <w:pPr>
              <w:spacing w:after="0" w:line="288" w:lineRule="auto"/>
              <w:rPr>
                <w:rFonts w:cs="Arial"/>
                <w:color w:val="auto"/>
                <w:sz w:val="20"/>
                <w:szCs w:val="20"/>
                <w:lang w:val="es-ES"/>
              </w:rPr>
            </w:pPr>
            <w:r w:rsidRPr="00CF0432">
              <w:rPr>
                <w:rFonts w:eastAsia="Arial" w:cs="Arial"/>
                <w:b/>
                <w:color w:val="auto"/>
                <w:sz w:val="20"/>
                <w:szCs w:val="20"/>
                <w:lang w:val="es-ES"/>
              </w:rPr>
              <w:t>Municipio o</w:t>
            </w:r>
            <w:r w:rsidR="00F5731F" w:rsidRPr="00CF0432">
              <w:rPr>
                <w:rFonts w:eastAsia="Arial" w:cs="Arial"/>
                <w:b/>
                <w:color w:val="auto"/>
                <w:sz w:val="20"/>
                <w:szCs w:val="20"/>
                <w:lang w:val="es-ES"/>
              </w:rPr>
              <w:t xml:space="preserve"> infraestructura municipal</w:t>
            </w:r>
          </w:p>
        </w:tc>
        <w:tc>
          <w:tcPr>
            <w:tcW w:w="670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D95081" w14:textId="77777777" w:rsidR="007A7608" w:rsidRPr="00CF0432" w:rsidRDefault="007A7608" w:rsidP="000658D6">
            <w:pPr>
              <w:spacing w:after="0" w:line="288" w:lineRule="auto"/>
              <w:rPr>
                <w:rFonts w:cs="Arial"/>
                <w:color w:val="auto"/>
                <w:sz w:val="20"/>
                <w:szCs w:val="20"/>
              </w:rPr>
            </w:pPr>
            <w:r w:rsidRPr="00CF0432">
              <w:rPr>
                <w:rFonts w:eastAsia="Arial" w:cs="Arial"/>
                <w:color w:val="auto"/>
                <w:sz w:val="20"/>
                <w:szCs w:val="20"/>
              </w:rPr>
              <w:t>[MUNICIPIO/S / INFRAESTRUCTURA SUPRAMUNICIPAL]</w:t>
            </w:r>
          </w:p>
        </w:tc>
      </w:tr>
      <w:tr w:rsidR="00F5731F" w:rsidRPr="00E65709" w14:paraId="48501B3E" w14:textId="77777777" w:rsidTr="007A7608">
        <w:trPr>
          <w:jc w:val="center"/>
        </w:trPr>
        <w:tc>
          <w:tcPr>
            <w:tcW w:w="2600" w:type="dxa"/>
            <w:shd w:val="clear" w:color="auto" w:fill="EAF0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BEFF38" w14:textId="3EB23ACA" w:rsidR="00F5731F" w:rsidRPr="00CF0432" w:rsidRDefault="00F5731F" w:rsidP="000658D6">
            <w:pPr>
              <w:spacing w:after="0" w:line="288" w:lineRule="auto"/>
              <w:rPr>
                <w:rFonts w:eastAsia="Arial" w:cs="Arial"/>
                <w:b/>
                <w:color w:val="auto"/>
                <w:sz w:val="20"/>
                <w:szCs w:val="20"/>
                <w:lang w:val="es-ES"/>
              </w:rPr>
            </w:pPr>
            <w:r w:rsidRPr="00CF0432">
              <w:rPr>
                <w:rFonts w:eastAsia="Arial" w:cs="Arial"/>
                <w:b/>
                <w:color w:val="auto"/>
                <w:sz w:val="20"/>
                <w:szCs w:val="20"/>
                <w:lang w:val="es-ES"/>
              </w:rPr>
              <w:t>Tipo de infraestructura</w:t>
            </w:r>
          </w:p>
        </w:tc>
        <w:tc>
          <w:tcPr>
            <w:tcW w:w="670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51CDC6" w14:textId="75364ED2" w:rsidR="00F5731F" w:rsidRPr="00CF0432" w:rsidRDefault="00F5731F" w:rsidP="000658D6">
            <w:pPr>
              <w:spacing w:after="0" w:line="288" w:lineRule="auto"/>
              <w:rPr>
                <w:rFonts w:eastAsia="Arial" w:cs="Arial"/>
                <w:color w:val="auto"/>
                <w:sz w:val="20"/>
                <w:szCs w:val="20"/>
              </w:rPr>
            </w:pPr>
            <w:r w:rsidRPr="00CF0432">
              <w:rPr>
                <w:rFonts w:eastAsia="Arial" w:cs="Arial"/>
                <w:color w:val="auto"/>
                <w:sz w:val="20"/>
                <w:szCs w:val="20"/>
              </w:rPr>
              <w:t>[ABASTECIMIENTO/ SANEAMIENTO/ DEPURACIÓN]</w:t>
            </w:r>
          </w:p>
        </w:tc>
      </w:tr>
      <w:tr w:rsidR="007A7608" w:rsidRPr="00F5731F" w14:paraId="7A5CB998" w14:textId="77777777" w:rsidTr="007A7608">
        <w:trPr>
          <w:jc w:val="center"/>
        </w:trPr>
        <w:tc>
          <w:tcPr>
            <w:tcW w:w="2600" w:type="dxa"/>
            <w:shd w:val="clear" w:color="auto" w:fill="EAF0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7EA400" w14:textId="77777777" w:rsidR="007A7608" w:rsidRPr="00E65709" w:rsidRDefault="007A7608" w:rsidP="000658D6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proofErr w:type="spellStart"/>
            <w:r w:rsidRPr="00E65709">
              <w:rPr>
                <w:rFonts w:eastAsia="Arial" w:cs="Arial"/>
                <w:b/>
                <w:sz w:val="20"/>
                <w:szCs w:val="20"/>
              </w:rPr>
              <w:t>Periodo</w:t>
            </w:r>
            <w:proofErr w:type="spellEnd"/>
            <w:r w:rsidRPr="00E65709">
              <w:rPr>
                <w:rFonts w:eastAsia="Arial" w:cs="Arial"/>
                <w:b/>
                <w:sz w:val="20"/>
                <w:szCs w:val="20"/>
              </w:rPr>
              <w:t xml:space="preserve"> de </w:t>
            </w:r>
            <w:proofErr w:type="spellStart"/>
            <w:r w:rsidRPr="00E65709">
              <w:rPr>
                <w:rFonts w:eastAsia="Arial" w:cs="Arial"/>
                <w:b/>
                <w:sz w:val="20"/>
                <w:szCs w:val="20"/>
              </w:rPr>
              <w:t>ejecución</w:t>
            </w:r>
            <w:proofErr w:type="spellEnd"/>
          </w:p>
        </w:tc>
        <w:tc>
          <w:tcPr>
            <w:tcW w:w="670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667329" w14:textId="77777777" w:rsidR="007A7608" w:rsidRPr="00F5731F" w:rsidRDefault="007A7608" w:rsidP="000658D6">
            <w:pPr>
              <w:spacing w:after="0" w:line="288" w:lineRule="auto"/>
              <w:rPr>
                <w:rFonts w:cs="Arial"/>
                <w:sz w:val="20"/>
                <w:szCs w:val="20"/>
                <w:lang w:val="es-ES"/>
              </w:rPr>
            </w:pPr>
            <w:r w:rsidRPr="00F5731F">
              <w:rPr>
                <w:rFonts w:eastAsia="Arial" w:cs="Arial"/>
                <w:sz w:val="20"/>
                <w:szCs w:val="20"/>
                <w:lang w:val="es-ES"/>
              </w:rPr>
              <w:t>[FECHA INICIAL] a [FECHA FINAL, INCLUIDAS AMPLIACIONES AUTORIZADAS]</w:t>
            </w:r>
          </w:p>
        </w:tc>
      </w:tr>
      <w:tr w:rsidR="007A7608" w:rsidRPr="00E65709" w14:paraId="6821376C" w14:textId="77777777" w:rsidTr="007A7608">
        <w:trPr>
          <w:jc w:val="center"/>
        </w:trPr>
        <w:tc>
          <w:tcPr>
            <w:tcW w:w="2600" w:type="dxa"/>
            <w:shd w:val="clear" w:color="auto" w:fill="EAF0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48E3EB" w14:textId="77777777" w:rsidR="007A7608" w:rsidRPr="00E65709" w:rsidRDefault="007A7608" w:rsidP="000658D6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proofErr w:type="spellStart"/>
            <w:r w:rsidRPr="00E65709">
              <w:rPr>
                <w:rFonts w:eastAsia="Arial" w:cs="Arial"/>
                <w:b/>
                <w:sz w:val="20"/>
                <w:szCs w:val="20"/>
              </w:rPr>
              <w:t>Importe</w:t>
            </w:r>
            <w:proofErr w:type="spellEnd"/>
            <w:r w:rsidRPr="00E65709">
              <w:rPr>
                <w:rFonts w:eastAsia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65709">
              <w:rPr>
                <w:rFonts w:eastAsia="Arial" w:cs="Arial"/>
                <w:b/>
                <w:sz w:val="20"/>
                <w:szCs w:val="20"/>
              </w:rPr>
              <w:t>concedido</w:t>
            </w:r>
            <w:proofErr w:type="spellEnd"/>
          </w:p>
        </w:tc>
        <w:tc>
          <w:tcPr>
            <w:tcW w:w="670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5C9732" w14:textId="77777777" w:rsidR="007A7608" w:rsidRPr="00E65709" w:rsidRDefault="007A7608" w:rsidP="000658D6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r w:rsidRPr="00E65709">
              <w:rPr>
                <w:rFonts w:eastAsia="Arial" w:cs="Arial"/>
                <w:sz w:val="20"/>
                <w:szCs w:val="20"/>
              </w:rPr>
              <w:t>[IMPORTE] €</w:t>
            </w:r>
          </w:p>
        </w:tc>
      </w:tr>
      <w:tr w:rsidR="007A7608" w:rsidRPr="00E65709" w14:paraId="27157E96" w14:textId="77777777" w:rsidTr="007A7608">
        <w:trPr>
          <w:jc w:val="center"/>
        </w:trPr>
        <w:tc>
          <w:tcPr>
            <w:tcW w:w="2600" w:type="dxa"/>
            <w:shd w:val="clear" w:color="auto" w:fill="EAF0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581767" w14:textId="77777777" w:rsidR="007A7608" w:rsidRPr="00E65709" w:rsidRDefault="007A7608" w:rsidP="000658D6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proofErr w:type="spellStart"/>
            <w:r w:rsidRPr="00E65709">
              <w:rPr>
                <w:rFonts w:eastAsia="Arial" w:cs="Arial"/>
                <w:b/>
                <w:sz w:val="20"/>
                <w:szCs w:val="20"/>
              </w:rPr>
              <w:t>Importe</w:t>
            </w:r>
            <w:proofErr w:type="spellEnd"/>
            <w:r w:rsidRPr="00E65709">
              <w:rPr>
                <w:rFonts w:eastAsia="Arial" w:cs="Arial"/>
                <w:b/>
                <w:sz w:val="20"/>
                <w:szCs w:val="20"/>
              </w:rPr>
              <w:t xml:space="preserve"> total </w:t>
            </w:r>
            <w:proofErr w:type="spellStart"/>
            <w:r w:rsidRPr="00E65709">
              <w:rPr>
                <w:rFonts w:eastAsia="Arial" w:cs="Arial"/>
                <w:b/>
                <w:sz w:val="20"/>
                <w:szCs w:val="20"/>
              </w:rPr>
              <w:t>justificado</w:t>
            </w:r>
            <w:proofErr w:type="spellEnd"/>
          </w:p>
        </w:tc>
        <w:tc>
          <w:tcPr>
            <w:tcW w:w="670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86BD36" w14:textId="77777777" w:rsidR="007A7608" w:rsidRPr="00E65709" w:rsidRDefault="007A7608" w:rsidP="000658D6">
            <w:pPr>
              <w:spacing w:after="0" w:line="288" w:lineRule="auto"/>
              <w:rPr>
                <w:rFonts w:cs="Arial"/>
                <w:sz w:val="20"/>
                <w:szCs w:val="20"/>
              </w:rPr>
            </w:pPr>
            <w:r w:rsidRPr="00E65709">
              <w:rPr>
                <w:rFonts w:eastAsia="Arial" w:cs="Arial"/>
                <w:sz w:val="20"/>
                <w:szCs w:val="20"/>
              </w:rPr>
              <w:t>[IMPORTE] €</w:t>
            </w:r>
          </w:p>
        </w:tc>
      </w:tr>
    </w:tbl>
    <w:p w14:paraId="7EA5FC48" w14:textId="77777777" w:rsidR="00C37F99" w:rsidRDefault="00C37F99" w:rsidP="000658D6">
      <w:pPr>
        <w:pStyle w:val="Ttulo1"/>
        <w:spacing w:before="180" w:after="80" w:line="288" w:lineRule="auto"/>
        <w:rPr>
          <w:rFonts w:ascii="Arial" w:eastAsia="Arial" w:hAnsi="Arial" w:cs="Arial"/>
          <w:sz w:val="20"/>
          <w:szCs w:val="20"/>
        </w:rPr>
      </w:pPr>
    </w:p>
    <w:p w14:paraId="40CC5469" w14:textId="77777777" w:rsidR="007A7608" w:rsidRPr="00F5731F" w:rsidRDefault="007A7608" w:rsidP="000658D6">
      <w:pPr>
        <w:pStyle w:val="Ttulo1"/>
        <w:spacing w:before="180" w:after="80" w:line="288" w:lineRule="auto"/>
        <w:rPr>
          <w:rFonts w:ascii="Arial" w:hAnsi="Arial" w:cs="Arial"/>
          <w:sz w:val="20"/>
          <w:szCs w:val="20"/>
          <w:lang w:val="es-ES"/>
        </w:rPr>
      </w:pPr>
      <w:r w:rsidRPr="00F5731F">
        <w:rPr>
          <w:rFonts w:ascii="Arial" w:eastAsia="Arial" w:hAnsi="Arial" w:cs="Arial"/>
          <w:sz w:val="20"/>
          <w:szCs w:val="20"/>
          <w:lang w:val="es-ES"/>
        </w:rPr>
        <w:t>2. OBJETO Y ALCANCE DE LA MEMORIA</w:t>
      </w:r>
    </w:p>
    <w:p w14:paraId="198665D3" w14:textId="631B5570" w:rsidR="000658D6" w:rsidRPr="00F5731F" w:rsidRDefault="0051401A" w:rsidP="000658D6">
      <w:pPr>
        <w:spacing w:after="60" w:line="288" w:lineRule="auto"/>
        <w:jc w:val="both"/>
        <w:rPr>
          <w:rFonts w:eastAsia="Arial" w:cs="Arial"/>
          <w:sz w:val="20"/>
          <w:szCs w:val="20"/>
          <w:lang w:val="es-ES"/>
        </w:rPr>
      </w:pPr>
      <w:r w:rsidRPr="00F5731F">
        <w:rPr>
          <w:rFonts w:eastAsia="Arial" w:cs="Arial"/>
          <w:i/>
          <w:iCs/>
          <w:sz w:val="20"/>
          <w:szCs w:val="20"/>
          <w:lang w:val="es-ES"/>
        </w:rPr>
        <w:t xml:space="preserve">Se deberá describir en este epígrafe </w:t>
      </w:r>
      <w:r w:rsidR="00BA76C5" w:rsidRPr="00F5731F">
        <w:rPr>
          <w:rFonts w:eastAsia="Arial" w:cs="Arial"/>
          <w:i/>
          <w:iCs/>
          <w:sz w:val="20"/>
          <w:szCs w:val="20"/>
          <w:lang w:val="es-ES"/>
        </w:rPr>
        <w:t>los objetivos generales de las actuaciones realizadas y su relación con la recuperación del servicio tras los efectos de la DANA.</w:t>
      </w:r>
    </w:p>
    <w:p w14:paraId="53FD1004" w14:textId="77777777" w:rsidR="00C37F99" w:rsidRPr="00F5731F" w:rsidRDefault="00C37F99" w:rsidP="000658D6">
      <w:pPr>
        <w:spacing w:after="60" w:line="288" w:lineRule="auto"/>
        <w:jc w:val="both"/>
        <w:rPr>
          <w:rFonts w:eastAsia="Arial" w:cs="Arial"/>
          <w:sz w:val="20"/>
          <w:szCs w:val="20"/>
          <w:lang w:val="es-ES"/>
        </w:rPr>
      </w:pPr>
    </w:p>
    <w:p w14:paraId="2E5C446B" w14:textId="77777777" w:rsidR="007A7608" w:rsidRPr="00F5731F" w:rsidRDefault="0051401A" w:rsidP="000658D6">
      <w:pPr>
        <w:pStyle w:val="Ttulo1"/>
        <w:spacing w:before="180" w:after="80" w:line="288" w:lineRule="auto"/>
        <w:rPr>
          <w:rFonts w:ascii="Arial" w:eastAsia="Arial" w:hAnsi="Arial" w:cs="Arial"/>
          <w:sz w:val="20"/>
          <w:szCs w:val="20"/>
          <w:lang w:val="es-ES"/>
        </w:rPr>
      </w:pPr>
      <w:r w:rsidRPr="00F5731F">
        <w:rPr>
          <w:rFonts w:ascii="Arial" w:eastAsia="Arial" w:hAnsi="Arial" w:cs="Arial"/>
          <w:sz w:val="20"/>
          <w:szCs w:val="20"/>
          <w:lang w:val="es-ES"/>
        </w:rPr>
        <w:t>3</w:t>
      </w:r>
      <w:r w:rsidR="007A7608" w:rsidRPr="00F5731F">
        <w:rPr>
          <w:rFonts w:ascii="Arial" w:eastAsia="Arial" w:hAnsi="Arial" w:cs="Arial"/>
          <w:sz w:val="20"/>
          <w:szCs w:val="20"/>
          <w:lang w:val="es-ES"/>
        </w:rPr>
        <w:t>. RESULTADOS GENERALES</w:t>
      </w:r>
    </w:p>
    <w:p w14:paraId="24B983FB" w14:textId="77777777" w:rsidR="0051401A" w:rsidRPr="00F5731F" w:rsidRDefault="0051401A" w:rsidP="000658D6">
      <w:pPr>
        <w:pStyle w:val="Ttulo2"/>
        <w:spacing w:before="140" w:after="40" w:line="288" w:lineRule="auto"/>
        <w:rPr>
          <w:rFonts w:ascii="Arial" w:eastAsia="Arial" w:hAnsi="Arial" w:cs="Arial"/>
          <w:sz w:val="20"/>
          <w:szCs w:val="20"/>
          <w:lang w:val="es-ES"/>
        </w:rPr>
      </w:pPr>
      <w:r w:rsidRPr="00F5731F">
        <w:rPr>
          <w:rFonts w:ascii="Arial" w:eastAsia="Arial" w:hAnsi="Arial" w:cs="Arial"/>
          <w:sz w:val="20"/>
          <w:szCs w:val="20"/>
          <w:lang w:val="es-ES"/>
        </w:rPr>
        <w:t>3.1. Indicadores y objetivos logrados</w:t>
      </w:r>
    </w:p>
    <w:p w14:paraId="7C08F61E" w14:textId="77777777" w:rsidR="0051401A" w:rsidRPr="0051401A" w:rsidRDefault="0051401A" w:rsidP="000658D6">
      <w:pPr>
        <w:spacing w:line="288" w:lineRule="auto"/>
        <w:rPr>
          <w:i/>
          <w:lang w:val="es-ES"/>
        </w:rPr>
      </w:pPr>
      <w:r w:rsidRPr="0051401A">
        <w:rPr>
          <w:i/>
          <w:lang w:val="es-ES"/>
        </w:rPr>
        <w:t>Los valores finales deben resultar coherentes con las fichas individualizadas y estar respaldados por mediciones o documentos técnicos verificables.</w:t>
      </w:r>
    </w:p>
    <w:tbl>
      <w:tblPr>
        <w:tblW w:w="96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939"/>
        <w:gridCol w:w="955"/>
        <w:gridCol w:w="1632"/>
        <w:gridCol w:w="3084"/>
      </w:tblGrid>
      <w:tr w:rsidR="0051401A" w:rsidRPr="000658D6" w14:paraId="2043B380" w14:textId="77777777" w:rsidTr="00F5731F">
        <w:trPr>
          <w:trHeight w:val="472"/>
        </w:trPr>
        <w:tc>
          <w:tcPr>
            <w:tcW w:w="393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ED6D71A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  <w:r w:rsidRPr="000658D6">
              <w:rPr>
                <w:b/>
                <w:bCs/>
                <w:sz w:val="20"/>
                <w:szCs w:val="20"/>
                <w:lang w:val="es-ES"/>
              </w:rPr>
              <w:t>Indicador</w:t>
            </w:r>
          </w:p>
        </w:tc>
        <w:tc>
          <w:tcPr>
            <w:tcW w:w="9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3070A8B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  <w:r w:rsidRPr="000658D6">
              <w:rPr>
                <w:b/>
                <w:bCs/>
                <w:sz w:val="20"/>
                <w:szCs w:val="20"/>
                <w:lang w:val="es-ES"/>
              </w:rPr>
              <w:t>Unidad</w:t>
            </w:r>
          </w:p>
        </w:tc>
        <w:tc>
          <w:tcPr>
            <w:tcW w:w="16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02C20FC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  <w:r w:rsidRPr="000658D6">
              <w:rPr>
                <w:b/>
                <w:bCs/>
                <w:sz w:val="20"/>
                <w:szCs w:val="20"/>
                <w:lang w:val="es-ES"/>
              </w:rPr>
              <w:t>Objetivo logrado</w:t>
            </w:r>
          </w:p>
        </w:tc>
        <w:tc>
          <w:tcPr>
            <w:tcW w:w="30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07FA16A7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  <w:r w:rsidRPr="000658D6">
              <w:rPr>
                <w:b/>
                <w:bCs/>
                <w:sz w:val="20"/>
                <w:szCs w:val="20"/>
                <w:lang w:val="es-ES"/>
              </w:rPr>
              <w:t>Justificación</w:t>
            </w:r>
          </w:p>
        </w:tc>
      </w:tr>
      <w:tr w:rsidR="0051401A" w:rsidRPr="000658D6" w14:paraId="7CAA670E" w14:textId="77777777" w:rsidTr="00F5731F">
        <w:trPr>
          <w:trHeight w:val="464"/>
        </w:trPr>
        <w:tc>
          <w:tcPr>
            <w:tcW w:w="393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049FD21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  <w:r w:rsidRPr="000658D6">
              <w:rPr>
                <w:sz w:val="20"/>
                <w:szCs w:val="20"/>
                <w:lang w:val="es-ES"/>
              </w:rPr>
              <w:t>Red de abastecimiento reparada o adecuada</w:t>
            </w:r>
          </w:p>
        </w:tc>
        <w:tc>
          <w:tcPr>
            <w:tcW w:w="9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180CDB5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  <w:r w:rsidRPr="000658D6">
              <w:rPr>
                <w:sz w:val="20"/>
                <w:szCs w:val="20"/>
                <w:lang w:val="es-ES"/>
              </w:rPr>
              <w:t>km</w:t>
            </w:r>
          </w:p>
        </w:tc>
        <w:tc>
          <w:tcPr>
            <w:tcW w:w="16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15604FC1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</w:p>
        </w:tc>
        <w:tc>
          <w:tcPr>
            <w:tcW w:w="30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2AE05F07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</w:p>
        </w:tc>
      </w:tr>
      <w:tr w:rsidR="0051401A" w:rsidRPr="000658D6" w14:paraId="2E09B2E9" w14:textId="77777777" w:rsidTr="00F5731F">
        <w:trPr>
          <w:trHeight w:val="472"/>
        </w:trPr>
        <w:tc>
          <w:tcPr>
            <w:tcW w:w="393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0408A49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  <w:r w:rsidRPr="000658D6">
              <w:rPr>
                <w:sz w:val="20"/>
                <w:szCs w:val="20"/>
                <w:lang w:val="es-ES"/>
              </w:rPr>
              <w:t>Red de saneamiento reparada o adecuada</w:t>
            </w:r>
          </w:p>
        </w:tc>
        <w:tc>
          <w:tcPr>
            <w:tcW w:w="9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705D249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  <w:r w:rsidRPr="000658D6">
              <w:rPr>
                <w:sz w:val="20"/>
                <w:szCs w:val="20"/>
                <w:lang w:val="es-ES"/>
              </w:rPr>
              <w:t>km</w:t>
            </w:r>
          </w:p>
        </w:tc>
        <w:tc>
          <w:tcPr>
            <w:tcW w:w="16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75610419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</w:p>
        </w:tc>
        <w:tc>
          <w:tcPr>
            <w:tcW w:w="30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25E71B29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</w:p>
        </w:tc>
      </w:tr>
      <w:tr w:rsidR="0051401A" w:rsidRPr="000658D6" w14:paraId="024BEB8D" w14:textId="77777777" w:rsidTr="00F5731F">
        <w:trPr>
          <w:trHeight w:val="464"/>
        </w:trPr>
        <w:tc>
          <w:tcPr>
            <w:tcW w:w="393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5216544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  <w:r w:rsidRPr="000658D6">
              <w:rPr>
                <w:sz w:val="20"/>
                <w:szCs w:val="20"/>
                <w:lang w:val="es-ES"/>
              </w:rPr>
              <w:t>Incremento de agua limpia suministrada</w:t>
            </w:r>
          </w:p>
        </w:tc>
        <w:tc>
          <w:tcPr>
            <w:tcW w:w="9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D36CCA1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  <w:r w:rsidRPr="000658D6">
              <w:rPr>
                <w:sz w:val="20"/>
                <w:szCs w:val="20"/>
                <w:lang w:val="es-ES"/>
              </w:rPr>
              <w:t>m³/año</w:t>
            </w:r>
          </w:p>
        </w:tc>
        <w:tc>
          <w:tcPr>
            <w:tcW w:w="16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2A54F7AF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</w:p>
        </w:tc>
        <w:tc>
          <w:tcPr>
            <w:tcW w:w="30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18AEBB16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</w:p>
        </w:tc>
      </w:tr>
      <w:tr w:rsidR="0051401A" w:rsidRPr="000658D6" w14:paraId="0534A52F" w14:textId="77777777" w:rsidTr="00F5731F">
        <w:trPr>
          <w:trHeight w:val="285"/>
        </w:trPr>
        <w:tc>
          <w:tcPr>
            <w:tcW w:w="393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598284F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  <w:r w:rsidRPr="000658D6">
              <w:rPr>
                <w:sz w:val="20"/>
                <w:szCs w:val="20"/>
                <w:lang w:val="es-ES"/>
              </w:rPr>
              <w:t>Otros indicadores aprobados</w:t>
            </w:r>
          </w:p>
        </w:tc>
        <w:tc>
          <w:tcPr>
            <w:tcW w:w="9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94F3F5C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  <w:r w:rsidRPr="000658D6">
              <w:rPr>
                <w:sz w:val="20"/>
                <w:szCs w:val="20"/>
                <w:lang w:val="es-ES"/>
              </w:rPr>
              <w:t>[unidad]</w:t>
            </w:r>
          </w:p>
        </w:tc>
        <w:tc>
          <w:tcPr>
            <w:tcW w:w="16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603E830A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</w:p>
        </w:tc>
        <w:tc>
          <w:tcPr>
            <w:tcW w:w="30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5935EF92" w14:textId="77777777" w:rsidR="0051401A" w:rsidRPr="000658D6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</w:p>
        </w:tc>
      </w:tr>
    </w:tbl>
    <w:p w14:paraId="4FB1BA30" w14:textId="77777777" w:rsidR="0051401A" w:rsidRDefault="0051401A" w:rsidP="000658D6">
      <w:pPr>
        <w:spacing w:line="288" w:lineRule="auto"/>
        <w:rPr>
          <w:b/>
          <w:bCs/>
          <w:lang w:val="es-ES"/>
        </w:rPr>
      </w:pPr>
    </w:p>
    <w:p w14:paraId="1A1F31F7" w14:textId="77777777" w:rsidR="00F5731F" w:rsidRDefault="00F5731F" w:rsidP="000658D6">
      <w:pPr>
        <w:spacing w:after="0" w:line="288" w:lineRule="auto"/>
        <w:rPr>
          <w:rFonts w:eastAsia="Arial" w:cs="Arial"/>
          <w:b/>
          <w:sz w:val="20"/>
          <w:szCs w:val="20"/>
        </w:rPr>
      </w:pPr>
    </w:p>
    <w:p w14:paraId="78CFF634" w14:textId="77777777" w:rsidR="00F5731F" w:rsidRDefault="00F5731F" w:rsidP="000658D6">
      <w:pPr>
        <w:spacing w:after="0" w:line="288" w:lineRule="auto"/>
        <w:rPr>
          <w:rFonts w:eastAsia="Arial" w:cs="Arial"/>
          <w:b/>
          <w:sz w:val="20"/>
          <w:szCs w:val="20"/>
        </w:rPr>
      </w:pPr>
    </w:p>
    <w:p w14:paraId="748F7C15" w14:textId="2AA99ECD" w:rsidR="00F5731F" w:rsidRDefault="00F5731F" w:rsidP="000658D6">
      <w:pPr>
        <w:spacing w:after="0" w:line="288" w:lineRule="auto"/>
        <w:rPr>
          <w:rFonts w:eastAsia="Arial" w:cs="Arial"/>
          <w:b/>
          <w:sz w:val="20"/>
          <w:szCs w:val="20"/>
        </w:rPr>
      </w:pPr>
    </w:p>
    <w:p w14:paraId="483DF4A4" w14:textId="0BDF0D13" w:rsidR="00CF0432" w:rsidRDefault="00CF0432" w:rsidP="000658D6">
      <w:pPr>
        <w:spacing w:after="0" w:line="288" w:lineRule="auto"/>
        <w:rPr>
          <w:rFonts w:eastAsia="Arial" w:cs="Arial"/>
          <w:b/>
          <w:sz w:val="20"/>
          <w:szCs w:val="20"/>
        </w:rPr>
      </w:pPr>
    </w:p>
    <w:p w14:paraId="07054F0C" w14:textId="77777777" w:rsidR="00CF0432" w:rsidRDefault="00CF0432" w:rsidP="000658D6">
      <w:pPr>
        <w:spacing w:after="0" w:line="288" w:lineRule="auto"/>
        <w:rPr>
          <w:rFonts w:eastAsia="Arial" w:cs="Arial"/>
          <w:b/>
          <w:sz w:val="20"/>
          <w:szCs w:val="20"/>
        </w:rPr>
      </w:pPr>
    </w:p>
    <w:p w14:paraId="7040B387" w14:textId="5D2521D3" w:rsidR="0051401A" w:rsidRPr="00F5731F" w:rsidRDefault="0051401A" w:rsidP="000658D6">
      <w:pPr>
        <w:spacing w:after="0" w:line="288" w:lineRule="auto"/>
        <w:rPr>
          <w:rFonts w:eastAsia="Arial" w:cs="Arial"/>
          <w:b/>
          <w:sz w:val="20"/>
          <w:szCs w:val="20"/>
          <w:lang w:val="es-ES"/>
        </w:rPr>
      </w:pPr>
      <w:r w:rsidRPr="00F5731F">
        <w:rPr>
          <w:rFonts w:eastAsia="Arial" w:cs="Arial"/>
          <w:b/>
          <w:sz w:val="20"/>
          <w:szCs w:val="20"/>
          <w:lang w:val="es-ES"/>
        </w:rPr>
        <w:lastRenderedPageBreak/>
        <w:t>3.2 Puesta en servicio y funcionalidad</w:t>
      </w:r>
    </w:p>
    <w:p w14:paraId="7D34380D" w14:textId="77777777" w:rsidR="00C37F99" w:rsidRDefault="00C37F99" w:rsidP="00C37F99">
      <w:pPr>
        <w:spacing w:line="288" w:lineRule="auto"/>
        <w:rPr>
          <w:i/>
          <w:lang w:val="es-ES"/>
        </w:rPr>
      </w:pPr>
    </w:p>
    <w:p w14:paraId="57574E39" w14:textId="77777777" w:rsidR="00C37F99" w:rsidRPr="0051401A" w:rsidRDefault="00C37F99" w:rsidP="00C37F99">
      <w:pPr>
        <w:spacing w:line="288" w:lineRule="auto"/>
        <w:rPr>
          <w:i/>
          <w:lang w:val="es-ES"/>
        </w:rPr>
      </w:pPr>
      <w:r w:rsidRPr="0051401A">
        <w:rPr>
          <w:i/>
          <w:lang w:val="es-ES"/>
        </w:rPr>
        <w:t>Los valores finales deben resultar coherentes con las fichas individualizadas y estar respaldados por mediciones o documentos técnicos verificables.</w:t>
      </w:r>
    </w:p>
    <w:p w14:paraId="4B60B227" w14:textId="77777777" w:rsidR="00C37F99" w:rsidRPr="00F5731F" w:rsidRDefault="00C37F99" w:rsidP="000658D6">
      <w:pPr>
        <w:spacing w:after="0" w:line="288" w:lineRule="auto"/>
        <w:rPr>
          <w:rFonts w:eastAsia="Arial" w:cs="Arial"/>
          <w:b/>
          <w:sz w:val="20"/>
          <w:szCs w:val="20"/>
          <w:lang w:val="es-ES"/>
        </w:rPr>
      </w:pPr>
    </w:p>
    <w:tbl>
      <w:tblPr>
        <w:tblW w:w="100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100"/>
        <w:gridCol w:w="6900"/>
      </w:tblGrid>
      <w:tr w:rsidR="0051401A" w:rsidRPr="0051401A" w14:paraId="40CF29A0" w14:textId="77777777" w:rsidTr="00A27F9F">
        <w:trPr>
          <w:trHeight w:val="551"/>
        </w:trPr>
        <w:tc>
          <w:tcPr>
            <w:tcW w:w="3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AF0F6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79F6D04" w14:textId="77777777" w:rsidR="0051401A" w:rsidRPr="004A21F3" w:rsidRDefault="00A27F9F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  <w:r w:rsidRPr="004A21F3">
              <w:rPr>
                <w:b/>
                <w:bCs/>
                <w:sz w:val="20"/>
                <w:szCs w:val="20"/>
                <w:lang w:val="es-ES"/>
              </w:rPr>
              <w:t xml:space="preserve"> Número de a</w:t>
            </w:r>
            <w:r w:rsidR="0051401A" w:rsidRPr="004A21F3">
              <w:rPr>
                <w:b/>
                <w:bCs/>
                <w:sz w:val="20"/>
                <w:szCs w:val="20"/>
                <w:lang w:val="es-ES"/>
              </w:rPr>
              <w:t>ctuaciones puestas en servicio</w:t>
            </w:r>
          </w:p>
        </w:tc>
        <w:tc>
          <w:tcPr>
            <w:tcW w:w="6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A260D0B" w14:textId="77777777" w:rsidR="0051401A" w:rsidRPr="004A21F3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  <w:r w:rsidRPr="004A21F3">
              <w:rPr>
                <w:sz w:val="20"/>
                <w:szCs w:val="20"/>
                <w:lang w:val="es-ES"/>
              </w:rPr>
              <w:t>[CÓDIGOS Y FECHAS]</w:t>
            </w:r>
          </w:p>
        </w:tc>
      </w:tr>
      <w:tr w:rsidR="0051401A" w:rsidRPr="0051401A" w14:paraId="417EEE9E" w14:textId="77777777" w:rsidTr="0051401A">
        <w:tc>
          <w:tcPr>
            <w:tcW w:w="3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AF0F6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67CB5AA" w14:textId="77777777" w:rsidR="0051401A" w:rsidRPr="004A21F3" w:rsidRDefault="00A27F9F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  <w:r w:rsidRPr="004A21F3">
              <w:rPr>
                <w:b/>
                <w:bCs/>
                <w:sz w:val="20"/>
                <w:szCs w:val="20"/>
                <w:lang w:val="es-ES"/>
              </w:rPr>
              <w:t>Número de actuaciones con r</w:t>
            </w:r>
            <w:r w:rsidR="0051401A" w:rsidRPr="004A21F3">
              <w:rPr>
                <w:b/>
                <w:bCs/>
                <w:sz w:val="20"/>
                <w:szCs w:val="20"/>
                <w:lang w:val="es-ES"/>
              </w:rPr>
              <w:t>ecepción / conformidad técnica</w:t>
            </w:r>
            <w:r w:rsidRPr="004A21F3">
              <w:rPr>
                <w:b/>
                <w:bCs/>
                <w:sz w:val="20"/>
                <w:szCs w:val="20"/>
                <w:lang w:val="es-ES"/>
              </w:rPr>
              <w:t xml:space="preserve"> por parte del órgano titular del servicio</w:t>
            </w:r>
          </w:p>
        </w:tc>
        <w:tc>
          <w:tcPr>
            <w:tcW w:w="6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9523317" w14:textId="77777777" w:rsidR="0051401A" w:rsidRPr="004A21F3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  <w:r w:rsidRPr="004A21F3">
              <w:rPr>
                <w:sz w:val="20"/>
                <w:szCs w:val="20"/>
                <w:lang w:val="es-ES"/>
              </w:rPr>
              <w:t>[DOCUMENTO Y FECHA]</w:t>
            </w:r>
          </w:p>
        </w:tc>
      </w:tr>
      <w:tr w:rsidR="0051401A" w:rsidRPr="0051401A" w14:paraId="53F715CA" w14:textId="77777777" w:rsidTr="0051401A">
        <w:tc>
          <w:tcPr>
            <w:tcW w:w="3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AF0F6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D950781" w14:textId="77777777" w:rsidR="0051401A" w:rsidRPr="004A21F3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  <w:r w:rsidRPr="004A21F3">
              <w:rPr>
                <w:b/>
                <w:bCs/>
                <w:sz w:val="20"/>
                <w:szCs w:val="20"/>
                <w:lang w:val="es-ES"/>
              </w:rPr>
              <w:t>Incidencias pendientes</w:t>
            </w:r>
            <w:r w:rsidR="00A27F9F" w:rsidRPr="004A21F3">
              <w:rPr>
                <w:b/>
                <w:bCs/>
                <w:sz w:val="20"/>
                <w:szCs w:val="20"/>
                <w:lang w:val="es-ES"/>
              </w:rPr>
              <w:t xml:space="preserve"> y justificación</w:t>
            </w:r>
          </w:p>
        </w:tc>
        <w:tc>
          <w:tcPr>
            <w:tcW w:w="6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94DAD1E" w14:textId="77777777" w:rsidR="0051401A" w:rsidRPr="004A21F3" w:rsidRDefault="0051401A" w:rsidP="000658D6">
            <w:pPr>
              <w:spacing w:line="288" w:lineRule="auto"/>
              <w:rPr>
                <w:sz w:val="20"/>
                <w:szCs w:val="20"/>
                <w:lang w:val="es-ES"/>
              </w:rPr>
            </w:pPr>
            <w:r w:rsidRPr="004A21F3">
              <w:rPr>
                <w:sz w:val="20"/>
                <w:szCs w:val="20"/>
                <w:lang w:val="es-ES"/>
              </w:rPr>
              <w:t>[● / NINGUNA]</w:t>
            </w:r>
          </w:p>
        </w:tc>
      </w:tr>
    </w:tbl>
    <w:p w14:paraId="490BC192" w14:textId="77777777" w:rsidR="0051401A" w:rsidRPr="0051401A" w:rsidRDefault="0051401A" w:rsidP="000658D6">
      <w:pPr>
        <w:spacing w:line="288" w:lineRule="auto"/>
      </w:pPr>
    </w:p>
    <w:p w14:paraId="630DDA0D" w14:textId="77777777" w:rsidR="00883FCB" w:rsidRPr="00F5731F" w:rsidRDefault="007A7608" w:rsidP="000658D6">
      <w:pPr>
        <w:pStyle w:val="Ttulo1"/>
        <w:pageBreakBefore/>
        <w:spacing w:before="180" w:after="80" w:line="288" w:lineRule="auto"/>
        <w:rPr>
          <w:rFonts w:ascii="Arial" w:eastAsia="Arial" w:hAnsi="Arial" w:cs="Arial"/>
          <w:sz w:val="20"/>
          <w:szCs w:val="20"/>
          <w:lang w:val="es-ES"/>
        </w:rPr>
      </w:pPr>
      <w:r w:rsidRPr="00F5731F">
        <w:rPr>
          <w:rFonts w:ascii="Arial" w:eastAsia="Arial" w:hAnsi="Arial" w:cs="Arial"/>
          <w:sz w:val="20"/>
          <w:szCs w:val="20"/>
          <w:lang w:val="es-ES"/>
        </w:rPr>
        <w:lastRenderedPageBreak/>
        <w:t>4. Ficha</w:t>
      </w:r>
      <w:r w:rsidR="00A27F9F" w:rsidRPr="00F5731F">
        <w:rPr>
          <w:rFonts w:ascii="Arial" w:eastAsia="Arial" w:hAnsi="Arial" w:cs="Arial"/>
          <w:sz w:val="20"/>
          <w:szCs w:val="20"/>
          <w:lang w:val="es-ES"/>
        </w:rPr>
        <w:t>s individuales (se debe hacer una por actuación prevista en la memoria aprobada y de acuerdo a los informes anuales)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00"/>
        <w:gridCol w:w="2290"/>
        <w:gridCol w:w="2356"/>
        <w:gridCol w:w="2380"/>
      </w:tblGrid>
      <w:tr w:rsidR="000658D6" w:rsidRPr="00F5731F" w14:paraId="47ED285D" w14:textId="77777777" w:rsidTr="000658D6">
        <w:tc>
          <w:tcPr>
            <w:tcW w:w="10252" w:type="dxa"/>
            <w:gridSpan w:val="4"/>
            <w:shd w:val="clear" w:color="auto" w:fill="DBE5F1" w:themeFill="accent1" w:themeFillTint="33"/>
            <w:vAlign w:val="center"/>
          </w:tcPr>
          <w:p w14:paraId="257300A9" w14:textId="77777777" w:rsidR="000658D6" w:rsidRPr="00F5731F" w:rsidRDefault="000658D6" w:rsidP="000658D6">
            <w:pPr>
              <w:spacing w:line="288" w:lineRule="auto"/>
              <w:jc w:val="center"/>
              <w:rPr>
                <w:rFonts w:cs="Arial"/>
                <w:b/>
                <w:szCs w:val="18"/>
                <w:lang w:val="es-ES"/>
              </w:rPr>
            </w:pPr>
            <w:r w:rsidRPr="00F5731F">
              <w:rPr>
                <w:rFonts w:cs="Arial"/>
                <w:b/>
                <w:szCs w:val="18"/>
                <w:lang w:val="es-ES"/>
              </w:rPr>
              <w:t>DATOS GENERALES DE LA ACTUACIÓN</w:t>
            </w:r>
          </w:p>
        </w:tc>
      </w:tr>
      <w:tr w:rsidR="00A27F9F" w:rsidRPr="000658D6" w14:paraId="39F7E8A2" w14:textId="77777777" w:rsidTr="000658D6">
        <w:tc>
          <w:tcPr>
            <w:tcW w:w="3019" w:type="dxa"/>
            <w:vAlign w:val="center"/>
          </w:tcPr>
          <w:p w14:paraId="703250DF" w14:textId="77777777" w:rsidR="00A27F9F" w:rsidRPr="000658D6" w:rsidRDefault="00A27F9F" w:rsidP="000658D6">
            <w:pPr>
              <w:spacing w:line="288" w:lineRule="auto"/>
              <w:rPr>
                <w:rFonts w:cs="Arial"/>
                <w:szCs w:val="18"/>
              </w:rPr>
            </w:pPr>
            <w:r w:rsidRPr="000658D6">
              <w:rPr>
                <w:rFonts w:cs="Arial"/>
                <w:szCs w:val="18"/>
              </w:rPr>
              <w:t xml:space="preserve">Código </w:t>
            </w:r>
            <w:proofErr w:type="spellStart"/>
            <w:r w:rsidRPr="000658D6">
              <w:rPr>
                <w:rFonts w:cs="Arial"/>
                <w:szCs w:val="18"/>
              </w:rPr>
              <w:t>actuación</w:t>
            </w:r>
            <w:proofErr w:type="spellEnd"/>
            <w:r w:rsidR="000658D6">
              <w:rPr>
                <w:rFonts w:cs="Arial"/>
                <w:szCs w:val="18"/>
              </w:rPr>
              <w:t>:</w:t>
            </w:r>
          </w:p>
        </w:tc>
        <w:tc>
          <w:tcPr>
            <w:tcW w:w="2411" w:type="dxa"/>
            <w:vAlign w:val="center"/>
          </w:tcPr>
          <w:p w14:paraId="55557A17" w14:textId="77777777" w:rsidR="00A27F9F" w:rsidRPr="000658D6" w:rsidRDefault="00A27F9F" w:rsidP="000658D6">
            <w:pPr>
              <w:spacing w:line="288" w:lineRule="auto"/>
              <w:rPr>
                <w:rFonts w:cs="Arial"/>
                <w:szCs w:val="18"/>
              </w:rPr>
            </w:pPr>
          </w:p>
        </w:tc>
        <w:tc>
          <w:tcPr>
            <w:tcW w:w="2411" w:type="dxa"/>
            <w:vAlign w:val="center"/>
          </w:tcPr>
          <w:p w14:paraId="4B39A098" w14:textId="77777777" w:rsidR="00A27F9F" w:rsidRPr="000658D6" w:rsidRDefault="006A43A6" w:rsidP="000658D6">
            <w:pPr>
              <w:spacing w:line="288" w:lineRule="auto"/>
              <w:rPr>
                <w:rFonts w:cs="Arial"/>
                <w:szCs w:val="18"/>
              </w:rPr>
            </w:pPr>
            <w:proofErr w:type="spellStart"/>
            <w:r w:rsidRPr="000658D6">
              <w:rPr>
                <w:rFonts w:cs="Arial"/>
                <w:szCs w:val="18"/>
              </w:rPr>
              <w:t>Título</w:t>
            </w:r>
            <w:proofErr w:type="spellEnd"/>
            <w:r w:rsidRPr="000658D6">
              <w:rPr>
                <w:rFonts w:cs="Arial"/>
                <w:szCs w:val="18"/>
              </w:rPr>
              <w:t xml:space="preserve"> </w:t>
            </w:r>
            <w:proofErr w:type="spellStart"/>
            <w:r w:rsidRPr="000658D6">
              <w:rPr>
                <w:rFonts w:cs="Arial"/>
                <w:szCs w:val="18"/>
              </w:rPr>
              <w:t>actuación</w:t>
            </w:r>
            <w:proofErr w:type="spellEnd"/>
            <w:r w:rsidR="000658D6">
              <w:rPr>
                <w:rFonts w:cs="Arial"/>
                <w:szCs w:val="18"/>
              </w:rPr>
              <w:t>:</w:t>
            </w:r>
          </w:p>
        </w:tc>
        <w:tc>
          <w:tcPr>
            <w:tcW w:w="2411" w:type="dxa"/>
            <w:vAlign w:val="center"/>
          </w:tcPr>
          <w:p w14:paraId="7CD2B1B2" w14:textId="77777777" w:rsidR="00A27F9F" w:rsidRPr="000658D6" w:rsidRDefault="00A27F9F" w:rsidP="000658D6">
            <w:pPr>
              <w:spacing w:line="288" w:lineRule="auto"/>
              <w:rPr>
                <w:rFonts w:cs="Arial"/>
                <w:szCs w:val="18"/>
              </w:rPr>
            </w:pPr>
          </w:p>
        </w:tc>
      </w:tr>
      <w:tr w:rsidR="00A27F9F" w:rsidRPr="000658D6" w14:paraId="51120A6A" w14:textId="77777777" w:rsidTr="000658D6">
        <w:tc>
          <w:tcPr>
            <w:tcW w:w="3019" w:type="dxa"/>
            <w:vAlign w:val="center"/>
          </w:tcPr>
          <w:p w14:paraId="76A46923" w14:textId="77777777" w:rsidR="00A27F9F" w:rsidRPr="000658D6" w:rsidRDefault="00A27F9F" w:rsidP="000658D6">
            <w:pPr>
              <w:spacing w:line="288" w:lineRule="auto"/>
              <w:rPr>
                <w:rFonts w:cs="Arial"/>
                <w:szCs w:val="18"/>
              </w:rPr>
            </w:pPr>
            <w:r w:rsidRPr="000658D6">
              <w:rPr>
                <w:rFonts w:cs="Arial"/>
                <w:szCs w:val="18"/>
              </w:rPr>
              <w:t>Municipio/</w:t>
            </w:r>
            <w:proofErr w:type="spellStart"/>
            <w:r w:rsidRPr="000658D6">
              <w:rPr>
                <w:rFonts w:cs="Arial"/>
                <w:szCs w:val="18"/>
              </w:rPr>
              <w:t>Infraestructura</w:t>
            </w:r>
            <w:proofErr w:type="spellEnd"/>
            <w:r w:rsidRPr="000658D6">
              <w:rPr>
                <w:rFonts w:cs="Arial"/>
                <w:szCs w:val="18"/>
              </w:rPr>
              <w:t xml:space="preserve"> </w:t>
            </w:r>
            <w:proofErr w:type="spellStart"/>
            <w:r w:rsidRPr="000658D6">
              <w:rPr>
                <w:rFonts w:cs="Arial"/>
                <w:szCs w:val="18"/>
              </w:rPr>
              <w:t>supramunicipal</w:t>
            </w:r>
            <w:proofErr w:type="spellEnd"/>
            <w:r w:rsidR="000658D6">
              <w:rPr>
                <w:rFonts w:cs="Arial"/>
                <w:szCs w:val="18"/>
              </w:rPr>
              <w:t>:</w:t>
            </w:r>
          </w:p>
        </w:tc>
        <w:tc>
          <w:tcPr>
            <w:tcW w:w="2411" w:type="dxa"/>
            <w:vAlign w:val="center"/>
          </w:tcPr>
          <w:p w14:paraId="1C625F33" w14:textId="77777777" w:rsidR="00A27F9F" w:rsidRPr="000658D6" w:rsidRDefault="00A27F9F" w:rsidP="000658D6">
            <w:pPr>
              <w:spacing w:line="288" w:lineRule="auto"/>
              <w:rPr>
                <w:rFonts w:cs="Arial"/>
                <w:szCs w:val="18"/>
              </w:rPr>
            </w:pPr>
          </w:p>
        </w:tc>
        <w:tc>
          <w:tcPr>
            <w:tcW w:w="2411" w:type="dxa"/>
            <w:vAlign w:val="center"/>
          </w:tcPr>
          <w:p w14:paraId="04EAE832" w14:textId="49A6277A" w:rsidR="00A27F9F" w:rsidRPr="000658D6" w:rsidRDefault="00F5731F" w:rsidP="000658D6">
            <w:pPr>
              <w:spacing w:line="288" w:lineRule="auto"/>
              <w:rPr>
                <w:rFonts w:cs="Arial"/>
                <w:szCs w:val="18"/>
              </w:rPr>
            </w:pPr>
            <w:r w:rsidRPr="00CF0432">
              <w:rPr>
                <w:rFonts w:cs="Arial"/>
                <w:color w:val="auto"/>
                <w:szCs w:val="18"/>
              </w:rPr>
              <w:t xml:space="preserve">Tipo de </w:t>
            </w:r>
            <w:proofErr w:type="spellStart"/>
            <w:r w:rsidRPr="00CF0432">
              <w:rPr>
                <w:rFonts w:cs="Arial"/>
                <w:color w:val="auto"/>
                <w:szCs w:val="18"/>
              </w:rPr>
              <w:t>i</w:t>
            </w:r>
            <w:r w:rsidR="000658D6" w:rsidRPr="00CF0432">
              <w:rPr>
                <w:rFonts w:cs="Arial"/>
                <w:color w:val="auto"/>
                <w:szCs w:val="18"/>
              </w:rPr>
              <w:t>nfraestructura</w:t>
            </w:r>
            <w:proofErr w:type="spellEnd"/>
            <w:r w:rsidR="000658D6" w:rsidRPr="00CF0432">
              <w:rPr>
                <w:rFonts w:cs="Arial"/>
                <w:color w:val="auto"/>
                <w:szCs w:val="18"/>
              </w:rPr>
              <w:t>:</w:t>
            </w:r>
          </w:p>
        </w:tc>
        <w:tc>
          <w:tcPr>
            <w:tcW w:w="2411" w:type="dxa"/>
            <w:vAlign w:val="center"/>
          </w:tcPr>
          <w:p w14:paraId="42DA7046" w14:textId="77777777" w:rsidR="00A27F9F" w:rsidRPr="000658D6" w:rsidRDefault="000658D6" w:rsidP="000658D6">
            <w:pPr>
              <w:spacing w:line="288" w:lineRule="auto"/>
              <w:rPr>
                <w:rFonts w:cs="Arial"/>
                <w:szCs w:val="18"/>
              </w:rPr>
            </w:pPr>
            <w:r w:rsidRPr="000658D6">
              <w:rPr>
                <w:rFonts w:cs="Arial"/>
                <w:szCs w:val="18"/>
              </w:rPr>
              <w:t>ABASTECIMIENTO/ SANEAMIENTO/ DEPURACIÓN</w:t>
            </w:r>
          </w:p>
        </w:tc>
      </w:tr>
      <w:tr w:rsidR="006A43A6" w:rsidRPr="00F5731F" w14:paraId="10BB6FEA" w14:textId="77777777" w:rsidTr="000658D6">
        <w:tc>
          <w:tcPr>
            <w:tcW w:w="3019" w:type="dxa"/>
            <w:vAlign w:val="center"/>
          </w:tcPr>
          <w:p w14:paraId="3C266E4F" w14:textId="77777777" w:rsidR="006A43A6" w:rsidRPr="00F5731F" w:rsidRDefault="006A43A6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  <w:r w:rsidRPr="00F5731F">
              <w:rPr>
                <w:rFonts w:cs="Arial"/>
                <w:szCs w:val="18"/>
                <w:lang w:val="es-ES"/>
              </w:rPr>
              <w:t>Necesidad y objetivo de la actuación</w:t>
            </w:r>
            <w:r w:rsidR="000658D6" w:rsidRPr="00F5731F">
              <w:rPr>
                <w:rFonts w:cs="Arial"/>
                <w:szCs w:val="18"/>
                <w:lang w:val="es-ES"/>
              </w:rPr>
              <w:t>:</w:t>
            </w:r>
          </w:p>
        </w:tc>
        <w:tc>
          <w:tcPr>
            <w:tcW w:w="7233" w:type="dxa"/>
            <w:gridSpan w:val="3"/>
            <w:vAlign w:val="center"/>
          </w:tcPr>
          <w:p w14:paraId="29629276" w14:textId="77777777" w:rsidR="006A43A6" w:rsidRPr="00F5731F" w:rsidRDefault="006A43A6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</w:p>
          <w:p w14:paraId="45997077" w14:textId="77777777" w:rsidR="000658D6" w:rsidRPr="00F5731F" w:rsidRDefault="000658D6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</w:p>
          <w:p w14:paraId="30BE5479" w14:textId="77777777" w:rsidR="000658D6" w:rsidRPr="00F5731F" w:rsidRDefault="000658D6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</w:p>
        </w:tc>
      </w:tr>
      <w:tr w:rsidR="00CF0432" w:rsidRPr="00F5731F" w14:paraId="5D35D676" w14:textId="77777777" w:rsidTr="000658D6">
        <w:tc>
          <w:tcPr>
            <w:tcW w:w="3019" w:type="dxa"/>
            <w:vAlign w:val="center"/>
          </w:tcPr>
          <w:p w14:paraId="19025947" w14:textId="77777777" w:rsidR="00CF0432" w:rsidRDefault="00CF0432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</w:p>
          <w:p w14:paraId="17EB01CB" w14:textId="77777777" w:rsidR="00CF0432" w:rsidRDefault="00CF0432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  <w:r>
              <w:rPr>
                <w:rFonts w:cs="Arial"/>
                <w:szCs w:val="18"/>
                <w:lang w:val="es-ES"/>
              </w:rPr>
              <w:t>Modificaciones aprobadas:</w:t>
            </w:r>
          </w:p>
          <w:p w14:paraId="7BE2C8CC" w14:textId="4516D4B5" w:rsidR="00CF0432" w:rsidRPr="00F5731F" w:rsidRDefault="00CF0432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</w:p>
        </w:tc>
        <w:tc>
          <w:tcPr>
            <w:tcW w:w="7233" w:type="dxa"/>
            <w:gridSpan w:val="3"/>
            <w:vAlign w:val="center"/>
          </w:tcPr>
          <w:p w14:paraId="7A45067D" w14:textId="2DB07AA6" w:rsidR="00CF0432" w:rsidRDefault="00CF0432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</w:p>
          <w:p w14:paraId="665E0B18" w14:textId="3716840E" w:rsidR="00CF0432" w:rsidRPr="00CF0432" w:rsidRDefault="00CF0432" w:rsidP="000658D6">
            <w:pPr>
              <w:spacing w:line="288" w:lineRule="auto"/>
              <w:rPr>
                <w:rFonts w:cs="Arial"/>
                <w:i/>
                <w:iCs/>
                <w:szCs w:val="18"/>
                <w:lang w:val="es-ES"/>
              </w:rPr>
            </w:pPr>
            <w:r w:rsidRPr="00CF0432">
              <w:rPr>
                <w:rFonts w:cs="Arial"/>
                <w:i/>
                <w:iCs/>
                <w:szCs w:val="18"/>
                <w:lang w:val="es-ES"/>
              </w:rPr>
              <w:t>Cumplimentar sólo en caso de aplicación.</w:t>
            </w:r>
          </w:p>
          <w:p w14:paraId="463E404E" w14:textId="293BE821" w:rsidR="00CF0432" w:rsidRPr="00F5731F" w:rsidRDefault="00CF0432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</w:p>
        </w:tc>
      </w:tr>
      <w:tr w:rsidR="006A43A6" w:rsidRPr="000658D6" w14:paraId="734A97B0" w14:textId="77777777" w:rsidTr="000658D6">
        <w:tc>
          <w:tcPr>
            <w:tcW w:w="3019" w:type="dxa"/>
            <w:tcBorders>
              <w:bottom w:val="single" w:sz="4" w:space="0" w:color="auto"/>
            </w:tcBorders>
            <w:vAlign w:val="center"/>
          </w:tcPr>
          <w:p w14:paraId="01C12234" w14:textId="77777777" w:rsidR="006A43A6" w:rsidRPr="000658D6" w:rsidRDefault="006A43A6" w:rsidP="000658D6">
            <w:pPr>
              <w:spacing w:line="288" w:lineRule="auto"/>
              <w:rPr>
                <w:rFonts w:cs="Arial"/>
                <w:szCs w:val="18"/>
              </w:rPr>
            </w:pPr>
            <w:proofErr w:type="spellStart"/>
            <w:r w:rsidRPr="000658D6">
              <w:rPr>
                <w:rFonts w:cs="Arial"/>
                <w:szCs w:val="18"/>
              </w:rPr>
              <w:t>Alcance</w:t>
            </w:r>
            <w:proofErr w:type="spellEnd"/>
            <w:r w:rsidRPr="000658D6">
              <w:rPr>
                <w:rFonts w:cs="Arial"/>
                <w:szCs w:val="18"/>
              </w:rPr>
              <w:t xml:space="preserve"> </w:t>
            </w:r>
            <w:proofErr w:type="spellStart"/>
            <w:r w:rsidRPr="000658D6">
              <w:rPr>
                <w:rFonts w:cs="Arial"/>
                <w:szCs w:val="18"/>
              </w:rPr>
              <w:t>finalmente</w:t>
            </w:r>
            <w:proofErr w:type="spellEnd"/>
            <w:r w:rsidRPr="000658D6">
              <w:rPr>
                <w:rFonts w:cs="Arial"/>
                <w:szCs w:val="18"/>
              </w:rPr>
              <w:t xml:space="preserve"> </w:t>
            </w:r>
            <w:proofErr w:type="spellStart"/>
            <w:r w:rsidRPr="000658D6">
              <w:rPr>
                <w:rFonts w:cs="Arial"/>
                <w:szCs w:val="18"/>
              </w:rPr>
              <w:t>ejecutado</w:t>
            </w:r>
            <w:proofErr w:type="spellEnd"/>
            <w:r w:rsidR="000658D6">
              <w:rPr>
                <w:rFonts w:cs="Arial"/>
                <w:szCs w:val="18"/>
              </w:rPr>
              <w:t>:</w:t>
            </w:r>
          </w:p>
        </w:tc>
        <w:tc>
          <w:tcPr>
            <w:tcW w:w="7233" w:type="dxa"/>
            <w:gridSpan w:val="3"/>
            <w:tcBorders>
              <w:bottom w:val="single" w:sz="4" w:space="0" w:color="auto"/>
            </w:tcBorders>
            <w:vAlign w:val="center"/>
          </w:tcPr>
          <w:p w14:paraId="6949CF39" w14:textId="77777777" w:rsidR="000658D6" w:rsidRDefault="000658D6" w:rsidP="000658D6">
            <w:pPr>
              <w:spacing w:line="288" w:lineRule="auto"/>
              <w:rPr>
                <w:rFonts w:cs="Arial"/>
                <w:szCs w:val="18"/>
              </w:rPr>
            </w:pPr>
          </w:p>
          <w:p w14:paraId="3C207505" w14:textId="77777777" w:rsidR="000658D6" w:rsidRDefault="000658D6" w:rsidP="000658D6">
            <w:pPr>
              <w:spacing w:line="288" w:lineRule="auto"/>
              <w:rPr>
                <w:rFonts w:cs="Arial"/>
                <w:szCs w:val="18"/>
              </w:rPr>
            </w:pPr>
          </w:p>
          <w:p w14:paraId="443624FF" w14:textId="77777777" w:rsidR="000658D6" w:rsidRDefault="000658D6" w:rsidP="000658D6">
            <w:pPr>
              <w:spacing w:line="288" w:lineRule="auto"/>
              <w:rPr>
                <w:rFonts w:cs="Arial"/>
                <w:szCs w:val="18"/>
              </w:rPr>
            </w:pPr>
          </w:p>
          <w:p w14:paraId="6C361EDB" w14:textId="77777777" w:rsidR="000658D6" w:rsidRPr="000658D6" w:rsidRDefault="000658D6" w:rsidP="000658D6">
            <w:pPr>
              <w:spacing w:line="288" w:lineRule="auto"/>
              <w:rPr>
                <w:rFonts w:cs="Arial"/>
                <w:szCs w:val="18"/>
              </w:rPr>
            </w:pPr>
          </w:p>
        </w:tc>
      </w:tr>
      <w:tr w:rsidR="00A27F9F" w:rsidRPr="00F5731F" w14:paraId="60FA9438" w14:textId="77777777" w:rsidTr="000658D6">
        <w:tc>
          <w:tcPr>
            <w:tcW w:w="3019" w:type="dxa"/>
            <w:tcBorders>
              <w:bottom w:val="single" w:sz="4" w:space="0" w:color="auto"/>
            </w:tcBorders>
            <w:vAlign w:val="center"/>
          </w:tcPr>
          <w:p w14:paraId="0FAA3CF1" w14:textId="77777777" w:rsidR="00A27F9F" w:rsidRPr="000658D6" w:rsidRDefault="00A27F9F" w:rsidP="000658D6">
            <w:pPr>
              <w:spacing w:line="288" w:lineRule="auto"/>
              <w:rPr>
                <w:rFonts w:cs="Arial"/>
                <w:szCs w:val="18"/>
              </w:rPr>
            </w:pPr>
            <w:proofErr w:type="spellStart"/>
            <w:r w:rsidRPr="000658D6">
              <w:rPr>
                <w:rFonts w:cs="Arial"/>
                <w:szCs w:val="18"/>
              </w:rPr>
              <w:t>Fecha</w:t>
            </w:r>
            <w:proofErr w:type="spellEnd"/>
            <w:r w:rsidRPr="000658D6">
              <w:rPr>
                <w:rFonts w:cs="Arial"/>
                <w:szCs w:val="18"/>
              </w:rPr>
              <w:t xml:space="preserve"> de </w:t>
            </w:r>
            <w:proofErr w:type="spellStart"/>
            <w:r w:rsidRPr="000658D6">
              <w:rPr>
                <w:rFonts w:cs="Arial"/>
                <w:szCs w:val="18"/>
              </w:rPr>
              <w:t>inicio</w:t>
            </w:r>
            <w:proofErr w:type="spellEnd"/>
            <w:r w:rsidR="000658D6">
              <w:rPr>
                <w:rFonts w:cs="Arial"/>
                <w:szCs w:val="18"/>
              </w:rPr>
              <w:t>: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vAlign w:val="center"/>
          </w:tcPr>
          <w:p w14:paraId="10F0A2B9" w14:textId="77777777" w:rsidR="00A27F9F" w:rsidRPr="000658D6" w:rsidRDefault="00A27F9F" w:rsidP="000658D6">
            <w:pPr>
              <w:spacing w:line="288" w:lineRule="auto"/>
              <w:rPr>
                <w:rFonts w:cs="Arial"/>
                <w:szCs w:val="18"/>
              </w:rPr>
            </w:pPr>
          </w:p>
        </w:tc>
        <w:tc>
          <w:tcPr>
            <w:tcW w:w="2411" w:type="dxa"/>
            <w:tcBorders>
              <w:bottom w:val="single" w:sz="4" w:space="0" w:color="auto"/>
            </w:tcBorders>
            <w:vAlign w:val="center"/>
          </w:tcPr>
          <w:p w14:paraId="7A9F5D62" w14:textId="77777777" w:rsidR="00A27F9F" w:rsidRPr="00F5731F" w:rsidRDefault="000658D6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  <w:r w:rsidRPr="00F5731F">
              <w:rPr>
                <w:rFonts w:cs="Arial"/>
                <w:szCs w:val="18"/>
                <w:lang w:val="es-ES"/>
              </w:rPr>
              <w:t>Fecha de puesta en servicio: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vAlign w:val="center"/>
          </w:tcPr>
          <w:p w14:paraId="4ECE720F" w14:textId="77777777" w:rsidR="00A27F9F" w:rsidRPr="00F5731F" w:rsidRDefault="00A27F9F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</w:p>
        </w:tc>
      </w:tr>
      <w:tr w:rsidR="000658D6" w:rsidRPr="00F5731F" w14:paraId="2DD2BF44" w14:textId="77777777" w:rsidTr="000658D6">
        <w:tc>
          <w:tcPr>
            <w:tcW w:w="10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152255" w14:textId="77777777" w:rsidR="000658D6" w:rsidRPr="00F5731F" w:rsidRDefault="000658D6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</w:p>
        </w:tc>
      </w:tr>
      <w:tr w:rsidR="006A43A6" w:rsidRPr="000658D6" w14:paraId="6FEA6581" w14:textId="77777777" w:rsidTr="000658D6">
        <w:tc>
          <w:tcPr>
            <w:tcW w:w="10252" w:type="dxa"/>
            <w:gridSpan w:val="4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090069E0" w14:textId="77777777" w:rsidR="006A43A6" w:rsidRPr="000658D6" w:rsidRDefault="000658D6" w:rsidP="000658D6">
            <w:pPr>
              <w:spacing w:line="288" w:lineRule="auto"/>
              <w:jc w:val="center"/>
              <w:rPr>
                <w:rFonts w:cs="Arial"/>
                <w:b/>
                <w:szCs w:val="18"/>
              </w:rPr>
            </w:pPr>
            <w:r w:rsidRPr="000658D6">
              <w:rPr>
                <w:rFonts w:cs="Arial"/>
                <w:b/>
                <w:szCs w:val="18"/>
              </w:rPr>
              <w:t>INDICADORES</w:t>
            </w:r>
          </w:p>
        </w:tc>
      </w:tr>
      <w:tr w:rsidR="00A27F9F" w:rsidRPr="000658D6" w14:paraId="041CE341" w14:textId="77777777" w:rsidTr="000658D6">
        <w:tc>
          <w:tcPr>
            <w:tcW w:w="3019" w:type="dxa"/>
            <w:vAlign w:val="center"/>
          </w:tcPr>
          <w:p w14:paraId="0E44E95F" w14:textId="77777777" w:rsidR="00A27F9F" w:rsidRPr="00F5731F" w:rsidRDefault="00A27F9F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  <w:r w:rsidRPr="000658D6">
              <w:rPr>
                <w:rFonts w:cs="Arial"/>
                <w:szCs w:val="18"/>
                <w:lang w:val="es-ES"/>
              </w:rPr>
              <w:t>Kilómetros de red de abastecimiento reparada o adecuada</w:t>
            </w:r>
            <w:r w:rsidR="000658D6">
              <w:rPr>
                <w:rFonts w:cs="Arial"/>
                <w:szCs w:val="18"/>
                <w:lang w:val="es-ES"/>
              </w:rPr>
              <w:t>:</w:t>
            </w:r>
          </w:p>
        </w:tc>
        <w:tc>
          <w:tcPr>
            <w:tcW w:w="2411" w:type="dxa"/>
            <w:vAlign w:val="center"/>
          </w:tcPr>
          <w:p w14:paraId="04B99D62" w14:textId="77777777" w:rsidR="00A27F9F" w:rsidRPr="00F5731F" w:rsidRDefault="00A27F9F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</w:p>
        </w:tc>
        <w:tc>
          <w:tcPr>
            <w:tcW w:w="2411" w:type="dxa"/>
            <w:vAlign w:val="center"/>
          </w:tcPr>
          <w:p w14:paraId="5FD77119" w14:textId="77777777" w:rsidR="00A27F9F" w:rsidRPr="000658D6" w:rsidRDefault="00A27F9F" w:rsidP="000658D6">
            <w:pPr>
              <w:spacing w:line="288" w:lineRule="auto"/>
              <w:rPr>
                <w:rFonts w:cs="Arial"/>
                <w:szCs w:val="18"/>
              </w:rPr>
            </w:pPr>
            <w:proofErr w:type="spellStart"/>
            <w:r w:rsidRPr="000658D6">
              <w:rPr>
                <w:rFonts w:cs="Arial"/>
                <w:szCs w:val="18"/>
              </w:rPr>
              <w:t>Justificación</w:t>
            </w:r>
            <w:proofErr w:type="spellEnd"/>
            <w:r w:rsidRPr="000658D6">
              <w:rPr>
                <w:rFonts w:cs="Arial"/>
                <w:szCs w:val="18"/>
              </w:rPr>
              <w:t xml:space="preserve"> del valor </w:t>
            </w:r>
            <w:proofErr w:type="spellStart"/>
            <w:r w:rsidRPr="000658D6">
              <w:rPr>
                <w:rFonts w:cs="Arial"/>
                <w:szCs w:val="18"/>
              </w:rPr>
              <w:t>logrado</w:t>
            </w:r>
            <w:proofErr w:type="spellEnd"/>
            <w:r w:rsidR="000658D6">
              <w:rPr>
                <w:rFonts w:cs="Arial"/>
                <w:szCs w:val="18"/>
              </w:rPr>
              <w:t>:</w:t>
            </w:r>
          </w:p>
        </w:tc>
        <w:tc>
          <w:tcPr>
            <w:tcW w:w="2411" w:type="dxa"/>
            <w:vAlign w:val="center"/>
          </w:tcPr>
          <w:p w14:paraId="671AA445" w14:textId="77777777" w:rsidR="00A27F9F" w:rsidRPr="000658D6" w:rsidRDefault="00A27F9F" w:rsidP="000658D6">
            <w:pPr>
              <w:spacing w:line="288" w:lineRule="auto"/>
              <w:rPr>
                <w:rFonts w:cs="Arial"/>
                <w:szCs w:val="18"/>
              </w:rPr>
            </w:pPr>
          </w:p>
        </w:tc>
      </w:tr>
      <w:tr w:rsidR="00A27F9F" w:rsidRPr="000658D6" w14:paraId="141078E6" w14:textId="77777777" w:rsidTr="000658D6">
        <w:tc>
          <w:tcPr>
            <w:tcW w:w="3019" w:type="dxa"/>
            <w:tcBorders>
              <w:bottom w:val="single" w:sz="4" w:space="0" w:color="auto"/>
            </w:tcBorders>
            <w:vAlign w:val="center"/>
          </w:tcPr>
          <w:p w14:paraId="6346F593" w14:textId="77777777" w:rsidR="00A27F9F" w:rsidRPr="000658D6" w:rsidRDefault="00A27F9F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  <w:r w:rsidRPr="000658D6">
              <w:rPr>
                <w:rFonts w:cs="Arial"/>
                <w:szCs w:val="18"/>
                <w:lang w:val="es-ES"/>
              </w:rPr>
              <w:t>Kilómetros de red de saneamiento reparada o adecuada</w:t>
            </w:r>
            <w:r w:rsidR="000658D6">
              <w:rPr>
                <w:rFonts w:cs="Arial"/>
                <w:szCs w:val="18"/>
                <w:lang w:val="es-ES"/>
              </w:rPr>
              <w:t>: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vAlign w:val="center"/>
          </w:tcPr>
          <w:p w14:paraId="3447F4C0" w14:textId="77777777" w:rsidR="00A27F9F" w:rsidRPr="00F5731F" w:rsidRDefault="00A27F9F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</w:p>
        </w:tc>
        <w:tc>
          <w:tcPr>
            <w:tcW w:w="2411" w:type="dxa"/>
            <w:tcBorders>
              <w:bottom w:val="single" w:sz="4" w:space="0" w:color="auto"/>
            </w:tcBorders>
            <w:vAlign w:val="center"/>
          </w:tcPr>
          <w:p w14:paraId="47853640" w14:textId="77777777" w:rsidR="00A27F9F" w:rsidRPr="000658D6" w:rsidRDefault="00A27F9F" w:rsidP="000658D6">
            <w:pPr>
              <w:spacing w:line="288" w:lineRule="auto"/>
              <w:rPr>
                <w:rFonts w:cs="Arial"/>
                <w:szCs w:val="18"/>
              </w:rPr>
            </w:pPr>
            <w:proofErr w:type="spellStart"/>
            <w:r w:rsidRPr="000658D6">
              <w:rPr>
                <w:rFonts w:cs="Arial"/>
                <w:szCs w:val="18"/>
              </w:rPr>
              <w:t>Justificación</w:t>
            </w:r>
            <w:proofErr w:type="spellEnd"/>
            <w:r w:rsidRPr="000658D6">
              <w:rPr>
                <w:rFonts w:cs="Arial"/>
                <w:szCs w:val="18"/>
              </w:rPr>
              <w:t xml:space="preserve"> del valor </w:t>
            </w:r>
            <w:proofErr w:type="spellStart"/>
            <w:r w:rsidRPr="000658D6">
              <w:rPr>
                <w:rFonts w:cs="Arial"/>
                <w:szCs w:val="18"/>
              </w:rPr>
              <w:t>logrado</w:t>
            </w:r>
            <w:proofErr w:type="spellEnd"/>
            <w:r w:rsidR="000658D6">
              <w:rPr>
                <w:rFonts w:cs="Arial"/>
                <w:szCs w:val="18"/>
              </w:rPr>
              <w:t>: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vAlign w:val="center"/>
          </w:tcPr>
          <w:p w14:paraId="5C7F208C" w14:textId="77777777" w:rsidR="00A27F9F" w:rsidRPr="000658D6" w:rsidRDefault="00A27F9F" w:rsidP="000658D6">
            <w:pPr>
              <w:spacing w:line="288" w:lineRule="auto"/>
              <w:rPr>
                <w:rFonts w:cs="Arial"/>
                <w:szCs w:val="18"/>
              </w:rPr>
            </w:pPr>
          </w:p>
        </w:tc>
      </w:tr>
      <w:tr w:rsidR="00A27F9F" w:rsidRPr="000658D6" w14:paraId="2154157B" w14:textId="77777777" w:rsidTr="000658D6">
        <w:tc>
          <w:tcPr>
            <w:tcW w:w="3019" w:type="dxa"/>
            <w:tcBorders>
              <w:bottom w:val="single" w:sz="4" w:space="0" w:color="auto"/>
            </w:tcBorders>
            <w:vAlign w:val="center"/>
          </w:tcPr>
          <w:p w14:paraId="56FAC175" w14:textId="77777777" w:rsidR="00A27F9F" w:rsidRPr="000658D6" w:rsidRDefault="00A27F9F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  <w:r w:rsidRPr="000658D6">
              <w:rPr>
                <w:rFonts w:cs="Arial"/>
                <w:szCs w:val="18"/>
                <w:lang w:val="es-ES"/>
              </w:rPr>
              <w:t>Incremento de agua limpia suministrada</w:t>
            </w:r>
            <w:r w:rsidR="000658D6">
              <w:rPr>
                <w:rFonts w:cs="Arial"/>
                <w:szCs w:val="18"/>
                <w:lang w:val="es-ES"/>
              </w:rPr>
              <w:t>: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vAlign w:val="center"/>
          </w:tcPr>
          <w:p w14:paraId="6CDC7E4B" w14:textId="77777777" w:rsidR="00A27F9F" w:rsidRPr="00F5731F" w:rsidRDefault="00A27F9F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</w:p>
        </w:tc>
        <w:tc>
          <w:tcPr>
            <w:tcW w:w="2411" w:type="dxa"/>
            <w:tcBorders>
              <w:bottom w:val="single" w:sz="4" w:space="0" w:color="auto"/>
            </w:tcBorders>
            <w:vAlign w:val="center"/>
          </w:tcPr>
          <w:p w14:paraId="61E5E673" w14:textId="06455C86" w:rsidR="00A27F9F" w:rsidRPr="000658D6" w:rsidRDefault="00A27F9F" w:rsidP="000658D6">
            <w:pPr>
              <w:spacing w:line="288" w:lineRule="auto"/>
              <w:rPr>
                <w:rFonts w:cs="Arial"/>
                <w:szCs w:val="18"/>
              </w:rPr>
            </w:pPr>
            <w:proofErr w:type="spellStart"/>
            <w:r w:rsidRPr="000658D6">
              <w:rPr>
                <w:rFonts w:cs="Arial"/>
                <w:szCs w:val="18"/>
              </w:rPr>
              <w:t>Justificación</w:t>
            </w:r>
            <w:proofErr w:type="spellEnd"/>
            <w:r w:rsidRPr="000658D6">
              <w:rPr>
                <w:rFonts w:cs="Arial"/>
                <w:szCs w:val="18"/>
              </w:rPr>
              <w:t xml:space="preserve"> del valor </w:t>
            </w:r>
            <w:proofErr w:type="spellStart"/>
            <w:r w:rsidRPr="00CC6F8D">
              <w:rPr>
                <w:rFonts w:cs="Arial"/>
                <w:color w:val="auto"/>
                <w:szCs w:val="18"/>
              </w:rPr>
              <w:t>log</w:t>
            </w:r>
            <w:r w:rsidR="00F5731F" w:rsidRPr="00CC6F8D">
              <w:rPr>
                <w:rFonts w:cs="Arial"/>
                <w:color w:val="auto"/>
                <w:szCs w:val="18"/>
              </w:rPr>
              <w:t>r</w:t>
            </w:r>
            <w:r w:rsidRPr="00CC6F8D">
              <w:rPr>
                <w:rFonts w:cs="Arial"/>
                <w:color w:val="auto"/>
                <w:szCs w:val="18"/>
              </w:rPr>
              <w:t>ado</w:t>
            </w:r>
            <w:proofErr w:type="spellEnd"/>
            <w:r w:rsidR="000658D6" w:rsidRPr="00CC6F8D">
              <w:rPr>
                <w:rFonts w:cs="Arial"/>
                <w:color w:val="auto"/>
                <w:szCs w:val="18"/>
              </w:rPr>
              <w:t>: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vAlign w:val="center"/>
          </w:tcPr>
          <w:p w14:paraId="4BC6B67F" w14:textId="77777777" w:rsidR="00A27F9F" w:rsidRPr="000658D6" w:rsidRDefault="00A27F9F" w:rsidP="000658D6">
            <w:pPr>
              <w:spacing w:line="288" w:lineRule="auto"/>
              <w:rPr>
                <w:rFonts w:cs="Arial"/>
                <w:szCs w:val="18"/>
              </w:rPr>
            </w:pPr>
          </w:p>
        </w:tc>
      </w:tr>
      <w:tr w:rsidR="000658D6" w:rsidRPr="000658D6" w14:paraId="033AD0CA" w14:textId="77777777" w:rsidTr="000658D6">
        <w:tc>
          <w:tcPr>
            <w:tcW w:w="10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C8E660" w14:textId="77777777" w:rsidR="000658D6" w:rsidRPr="000658D6" w:rsidRDefault="000658D6" w:rsidP="000658D6">
            <w:pPr>
              <w:spacing w:line="288" w:lineRule="auto"/>
              <w:rPr>
                <w:rFonts w:cs="Arial"/>
                <w:szCs w:val="18"/>
              </w:rPr>
            </w:pPr>
          </w:p>
        </w:tc>
      </w:tr>
      <w:tr w:rsidR="000658D6" w:rsidRPr="000658D6" w14:paraId="7C7752B3" w14:textId="77777777" w:rsidTr="000658D6">
        <w:tc>
          <w:tcPr>
            <w:tcW w:w="10252" w:type="dxa"/>
            <w:gridSpan w:val="4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026875AE" w14:textId="77777777" w:rsidR="000658D6" w:rsidRPr="000658D6" w:rsidRDefault="000658D6" w:rsidP="000658D6">
            <w:pPr>
              <w:spacing w:line="288" w:lineRule="auto"/>
              <w:jc w:val="center"/>
              <w:rPr>
                <w:rFonts w:cs="Arial"/>
                <w:b/>
                <w:szCs w:val="18"/>
              </w:rPr>
            </w:pPr>
            <w:r w:rsidRPr="000658D6">
              <w:rPr>
                <w:rFonts w:cs="Arial"/>
                <w:b/>
                <w:szCs w:val="18"/>
              </w:rPr>
              <w:t>DESVIACIONES</w:t>
            </w:r>
          </w:p>
        </w:tc>
      </w:tr>
      <w:tr w:rsidR="000658D6" w:rsidRPr="000658D6" w14:paraId="66F6FB6C" w14:textId="77777777" w:rsidTr="004D0F2D">
        <w:tc>
          <w:tcPr>
            <w:tcW w:w="3019" w:type="dxa"/>
            <w:vAlign w:val="center"/>
          </w:tcPr>
          <w:p w14:paraId="08ACA09A" w14:textId="77777777" w:rsidR="000658D6" w:rsidRPr="000658D6" w:rsidRDefault="000658D6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  <w:r w:rsidRPr="000658D6">
              <w:rPr>
                <w:rFonts w:cs="Arial"/>
                <w:szCs w:val="18"/>
                <w:lang w:val="es-ES"/>
              </w:rPr>
              <w:t>Desviación/incidencia</w:t>
            </w:r>
          </w:p>
        </w:tc>
        <w:tc>
          <w:tcPr>
            <w:tcW w:w="7233" w:type="dxa"/>
            <w:gridSpan w:val="3"/>
            <w:vAlign w:val="center"/>
          </w:tcPr>
          <w:p w14:paraId="6199DE6E" w14:textId="77777777" w:rsidR="000658D6" w:rsidRPr="000658D6" w:rsidRDefault="000658D6" w:rsidP="000658D6">
            <w:pPr>
              <w:spacing w:line="288" w:lineRule="auto"/>
              <w:rPr>
                <w:rFonts w:cs="Arial"/>
                <w:szCs w:val="18"/>
              </w:rPr>
            </w:pPr>
          </w:p>
        </w:tc>
      </w:tr>
      <w:tr w:rsidR="000658D6" w:rsidRPr="000658D6" w14:paraId="6331BD97" w14:textId="77777777" w:rsidTr="006A3975">
        <w:tc>
          <w:tcPr>
            <w:tcW w:w="3019" w:type="dxa"/>
            <w:tcBorders>
              <w:bottom w:val="single" w:sz="4" w:space="0" w:color="auto"/>
            </w:tcBorders>
            <w:vAlign w:val="center"/>
          </w:tcPr>
          <w:p w14:paraId="2C1859CB" w14:textId="77777777" w:rsidR="000658D6" w:rsidRPr="000658D6" w:rsidRDefault="000658D6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  <w:r w:rsidRPr="000658D6">
              <w:rPr>
                <w:rFonts w:cs="Arial"/>
                <w:szCs w:val="18"/>
                <w:lang w:val="es-ES"/>
              </w:rPr>
              <w:t>Causa</w:t>
            </w:r>
          </w:p>
        </w:tc>
        <w:tc>
          <w:tcPr>
            <w:tcW w:w="7233" w:type="dxa"/>
            <w:gridSpan w:val="3"/>
            <w:tcBorders>
              <w:bottom w:val="single" w:sz="4" w:space="0" w:color="auto"/>
            </w:tcBorders>
            <w:vAlign w:val="center"/>
          </w:tcPr>
          <w:p w14:paraId="3D398861" w14:textId="77777777" w:rsidR="000658D6" w:rsidRPr="000658D6" w:rsidRDefault="000658D6" w:rsidP="000658D6">
            <w:pPr>
              <w:spacing w:line="288" w:lineRule="auto"/>
              <w:rPr>
                <w:rFonts w:cs="Arial"/>
                <w:szCs w:val="18"/>
              </w:rPr>
            </w:pPr>
          </w:p>
        </w:tc>
      </w:tr>
      <w:tr w:rsidR="000658D6" w:rsidRPr="000658D6" w14:paraId="2CA16E7F" w14:textId="77777777" w:rsidTr="00560CF8">
        <w:tc>
          <w:tcPr>
            <w:tcW w:w="3019" w:type="dxa"/>
            <w:tcBorders>
              <w:bottom w:val="single" w:sz="4" w:space="0" w:color="auto"/>
            </w:tcBorders>
            <w:vAlign w:val="center"/>
          </w:tcPr>
          <w:p w14:paraId="06432738" w14:textId="77777777" w:rsidR="000658D6" w:rsidRPr="000658D6" w:rsidRDefault="000658D6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  <w:r w:rsidRPr="000658D6">
              <w:rPr>
                <w:rFonts w:cs="Arial"/>
                <w:szCs w:val="18"/>
                <w:lang w:val="es-ES"/>
              </w:rPr>
              <w:t>Medida adoptada</w:t>
            </w:r>
          </w:p>
        </w:tc>
        <w:tc>
          <w:tcPr>
            <w:tcW w:w="7233" w:type="dxa"/>
            <w:gridSpan w:val="3"/>
            <w:tcBorders>
              <w:bottom w:val="single" w:sz="4" w:space="0" w:color="auto"/>
            </w:tcBorders>
            <w:vAlign w:val="center"/>
          </w:tcPr>
          <w:p w14:paraId="59444F42" w14:textId="77777777" w:rsidR="000658D6" w:rsidRPr="000658D6" w:rsidRDefault="000658D6" w:rsidP="000658D6">
            <w:pPr>
              <w:spacing w:line="288" w:lineRule="auto"/>
              <w:rPr>
                <w:rFonts w:cs="Arial"/>
                <w:szCs w:val="18"/>
              </w:rPr>
            </w:pPr>
          </w:p>
        </w:tc>
      </w:tr>
      <w:tr w:rsidR="000658D6" w:rsidRPr="000658D6" w14:paraId="77489B5C" w14:textId="77777777" w:rsidTr="000658D6">
        <w:tc>
          <w:tcPr>
            <w:tcW w:w="10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18B79B" w14:textId="77777777" w:rsidR="000658D6" w:rsidRPr="000658D6" w:rsidRDefault="000658D6" w:rsidP="000658D6">
            <w:pPr>
              <w:spacing w:line="288" w:lineRule="auto"/>
              <w:rPr>
                <w:rFonts w:cs="Arial"/>
                <w:szCs w:val="18"/>
              </w:rPr>
            </w:pPr>
          </w:p>
        </w:tc>
      </w:tr>
      <w:tr w:rsidR="000658D6" w:rsidRPr="000658D6" w14:paraId="51AB6BF6" w14:textId="77777777" w:rsidTr="000658D6">
        <w:tc>
          <w:tcPr>
            <w:tcW w:w="10252" w:type="dxa"/>
            <w:gridSpan w:val="4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377D0166" w14:textId="77777777" w:rsidR="000658D6" w:rsidRPr="000658D6" w:rsidRDefault="000658D6" w:rsidP="000658D6">
            <w:pPr>
              <w:spacing w:line="288" w:lineRule="auto"/>
              <w:jc w:val="center"/>
              <w:rPr>
                <w:rFonts w:cs="Arial"/>
                <w:b/>
                <w:szCs w:val="18"/>
              </w:rPr>
            </w:pPr>
            <w:r w:rsidRPr="000658D6">
              <w:rPr>
                <w:rFonts w:cs="Arial"/>
                <w:b/>
                <w:szCs w:val="18"/>
              </w:rPr>
              <w:t>MEDIDAS DE PUBLICIDAD ADOPTADAS</w:t>
            </w:r>
          </w:p>
        </w:tc>
      </w:tr>
      <w:tr w:rsidR="000658D6" w:rsidRPr="000658D6" w14:paraId="22E54D24" w14:textId="77777777" w:rsidTr="000658D6">
        <w:tc>
          <w:tcPr>
            <w:tcW w:w="3019" w:type="dxa"/>
            <w:vAlign w:val="center"/>
          </w:tcPr>
          <w:p w14:paraId="3859A844" w14:textId="77777777" w:rsidR="000658D6" w:rsidRPr="000658D6" w:rsidRDefault="000658D6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  <w:r w:rsidRPr="000658D6">
              <w:rPr>
                <w:rFonts w:cs="Arial"/>
                <w:szCs w:val="18"/>
                <w:lang w:val="es-ES"/>
              </w:rPr>
              <w:t>Placa permanente municipal</w:t>
            </w:r>
          </w:p>
        </w:tc>
        <w:tc>
          <w:tcPr>
            <w:tcW w:w="7233" w:type="dxa"/>
            <w:gridSpan w:val="3"/>
            <w:vAlign w:val="center"/>
          </w:tcPr>
          <w:p w14:paraId="629901C2" w14:textId="77777777" w:rsidR="000658D6" w:rsidRPr="000658D6" w:rsidRDefault="000658D6" w:rsidP="000658D6">
            <w:pPr>
              <w:spacing w:line="288" w:lineRule="auto"/>
              <w:rPr>
                <w:rFonts w:cs="Arial"/>
                <w:i/>
                <w:szCs w:val="18"/>
              </w:rPr>
            </w:pPr>
            <w:proofErr w:type="spellStart"/>
            <w:r w:rsidRPr="000658D6">
              <w:rPr>
                <w:rFonts w:cs="Arial"/>
                <w:i/>
                <w:szCs w:val="18"/>
              </w:rPr>
              <w:t>Insertar</w:t>
            </w:r>
            <w:proofErr w:type="spellEnd"/>
            <w:r w:rsidRPr="000658D6">
              <w:rPr>
                <w:rFonts w:cs="Arial"/>
                <w:i/>
                <w:szCs w:val="18"/>
              </w:rPr>
              <w:t xml:space="preserve"> </w:t>
            </w:r>
            <w:proofErr w:type="spellStart"/>
            <w:r w:rsidRPr="000658D6">
              <w:rPr>
                <w:rFonts w:cs="Arial"/>
                <w:i/>
                <w:szCs w:val="18"/>
              </w:rPr>
              <w:t>fotografía</w:t>
            </w:r>
            <w:proofErr w:type="spellEnd"/>
          </w:p>
        </w:tc>
      </w:tr>
      <w:tr w:rsidR="000658D6" w:rsidRPr="000658D6" w14:paraId="07E5EC87" w14:textId="77777777" w:rsidTr="000658D6">
        <w:tc>
          <w:tcPr>
            <w:tcW w:w="3019" w:type="dxa"/>
            <w:vAlign w:val="center"/>
          </w:tcPr>
          <w:p w14:paraId="51CD1380" w14:textId="77777777" w:rsidR="000658D6" w:rsidRPr="000658D6" w:rsidRDefault="000658D6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  <w:r w:rsidRPr="000658D6">
              <w:rPr>
                <w:rFonts w:cs="Arial"/>
                <w:szCs w:val="18"/>
                <w:lang w:val="es-ES"/>
              </w:rPr>
              <w:t>Placa permanente operador</w:t>
            </w:r>
          </w:p>
        </w:tc>
        <w:tc>
          <w:tcPr>
            <w:tcW w:w="7233" w:type="dxa"/>
            <w:gridSpan w:val="3"/>
            <w:vAlign w:val="center"/>
          </w:tcPr>
          <w:p w14:paraId="437202E5" w14:textId="77777777" w:rsidR="000658D6" w:rsidRPr="000658D6" w:rsidRDefault="000658D6" w:rsidP="000658D6">
            <w:pPr>
              <w:spacing w:line="288" w:lineRule="auto"/>
              <w:rPr>
                <w:rFonts w:cs="Arial"/>
                <w:i/>
                <w:szCs w:val="18"/>
              </w:rPr>
            </w:pPr>
            <w:proofErr w:type="spellStart"/>
            <w:r w:rsidRPr="000658D6">
              <w:rPr>
                <w:rFonts w:cs="Arial"/>
                <w:i/>
                <w:szCs w:val="18"/>
              </w:rPr>
              <w:t>Insertar</w:t>
            </w:r>
            <w:proofErr w:type="spellEnd"/>
            <w:r w:rsidRPr="000658D6">
              <w:rPr>
                <w:rFonts w:cs="Arial"/>
                <w:i/>
                <w:szCs w:val="18"/>
              </w:rPr>
              <w:t xml:space="preserve"> </w:t>
            </w:r>
            <w:proofErr w:type="spellStart"/>
            <w:r w:rsidRPr="000658D6">
              <w:rPr>
                <w:rFonts w:cs="Arial"/>
                <w:i/>
                <w:szCs w:val="18"/>
              </w:rPr>
              <w:t>fotografía</w:t>
            </w:r>
            <w:proofErr w:type="spellEnd"/>
          </w:p>
        </w:tc>
      </w:tr>
      <w:tr w:rsidR="000658D6" w:rsidRPr="000658D6" w14:paraId="08004909" w14:textId="77777777" w:rsidTr="000658D6">
        <w:tc>
          <w:tcPr>
            <w:tcW w:w="3019" w:type="dxa"/>
            <w:vAlign w:val="center"/>
          </w:tcPr>
          <w:p w14:paraId="1AAFA8A6" w14:textId="77777777" w:rsidR="000658D6" w:rsidRPr="000658D6" w:rsidRDefault="000658D6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  <w:r w:rsidRPr="000658D6">
              <w:rPr>
                <w:rFonts w:cs="Arial"/>
                <w:szCs w:val="18"/>
                <w:lang w:val="es-ES"/>
              </w:rPr>
              <w:t>Cartel de obra</w:t>
            </w:r>
          </w:p>
        </w:tc>
        <w:tc>
          <w:tcPr>
            <w:tcW w:w="7233" w:type="dxa"/>
            <w:gridSpan w:val="3"/>
            <w:vAlign w:val="center"/>
          </w:tcPr>
          <w:p w14:paraId="5FE5A538" w14:textId="77777777" w:rsidR="000658D6" w:rsidRPr="000658D6" w:rsidRDefault="000658D6" w:rsidP="000658D6">
            <w:pPr>
              <w:spacing w:line="288" w:lineRule="auto"/>
              <w:rPr>
                <w:rFonts w:cs="Arial"/>
                <w:i/>
                <w:szCs w:val="18"/>
              </w:rPr>
            </w:pPr>
            <w:proofErr w:type="spellStart"/>
            <w:r w:rsidRPr="000658D6">
              <w:rPr>
                <w:rFonts w:cs="Arial"/>
                <w:i/>
                <w:szCs w:val="18"/>
              </w:rPr>
              <w:t>Insertar</w:t>
            </w:r>
            <w:proofErr w:type="spellEnd"/>
            <w:r w:rsidRPr="000658D6">
              <w:rPr>
                <w:rFonts w:cs="Arial"/>
                <w:i/>
                <w:szCs w:val="18"/>
              </w:rPr>
              <w:t xml:space="preserve"> </w:t>
            </w:r>
            <w:proofErr w:type="spellStart"/>
            <w:r w:rsidRPr="000658D6">
              <w:rPr>
                <w:rFonts w:cs="Arial"/>
                <w:i/>
                <w:szCs w:val="18"/>
              </w:rPr>
              <w:t>fotografía</w:t>
            </w:r>
            <w:proofErr w:type="spellEnd"/>
          </w:p>
        </w:tc>
      </w:tr>
      <w:tr w:rsidR="000658D6" w:rsidRPr="00F5731F" w14:paraId="2C9FF579" w14:textId="77777777" w:rsidTr="000658D6">
        <w:tc>
          <w:tcPr>
            <w:tcW w:w="3019" w:type="dxa"/>
            <w:vAlign w:val="center"/>
          </w:tcPr>
          <w:p w14:paraId="0DFEA322" w14:textId="77777777" w:rsidR="000658D6" w:rsidRPr="000658D6" w:rsidRDefault="000658D6" w:rsidP="000658D6">
            <w:pPr>
              <w:spacing w:line="288" w:lineRule="auto"/>
              <w:rPr>
                <w:rFonts w:cs="Arial"/>
                <w:szCs w:val="18"/>
                <w:lang w:val="es-ES"/>
              </w:rPr>
            </w:pPr>
            <w:r w:rsidRPr="000658D6">
              <w:rPr>
                <w:rFonts w:cs="Arial"/>
                <w:szCs w:val="18"/>
                <w:lang w:val="es-ES"/>
              </w:rPr>
              <w:t>Web/redes/publicaciones/otros</w:t>
            </w:r>
          </w:p>
        </w:tc>
        <w:tc>
          <w:tcPr>
            <w:tcW w:w="7233" w:type="dxa"/>
            <w:gridSpan w:val="3"/>
            <w:vAlign w:val="center"/>
          </w:tcPr>
          <w:p w14:paraId="7CC5000D" w14:textId="77777777" w:rsidR="000658D6" w:rsidRPr="00F5731F" w:rsidRDefault="000658D6" w:rsidP="000658D6">
            <w:pPr>
              <w:spacing w:line="288" w:lineRule="auto"/>
              <w:rPr>
                <w:rFonts w:cs="Arial"/>
                <w:i/>
                <w:szCs w:val="18"/>
                <w:lang w:val="es-ES"/>
              </w:rPr>
            </w:pPr>
            <w:r w:rsidRPr="00F5731F">
              <w:rPr>
                <w:rFonts w:cs="Arial"/>
                <w:i/>
                <w:szCs w:val="18"/>
                <w:lang w:val="es-ES"/>
              </w:rPr>
              <w:t>En caso de medidas de publicidad adicionales, se debe incorporar aquí la explicación.</w:t>
            </w:r>
          </w:p>
        </w:tc>
      </w:tr>
    </w:tbl>
    <w:p w14:paraId="0F98FB73" w14:textId="77777777" w:rsidR="00A27F9F" w:rsidRPr="00F5731F" w:rsidRDefault="00A27F9F" w:rsidP="004A21F3">
      <w:pPr>
        <w:spacing w:line="288" w:lineRule="auto"/>
        <w:rPr>
          <w:lang w:val="es-ES"/>
        </w:rPr>
      </w:pPr>
    </w:p>
    <w:sectPr w:rsidR="00A27F9F" w:rsidRPr="00F5731F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02" w:right="935" w:bottom="879" w:left="935" w:header="198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A9665" w14:textId="77777777" w:rsidR="00E634F8" w:rsidRDefault="00E634F8">
      <w:pPr>
        <w:spacing w:after="0" w:line="240" w:lineRule="auto"/>
      </w:pPr>
      <w:r>
        <w:separator/>
      </w:r>
    </w:p>
  </w:endnote>
  <w:endnote w:type="continuationSeparator" w:id="0">
    <w:p w14:paraId="35FBEAB2" w14:textId="77777777" w:rsidR="00E634F8" w:rsidRDefault="00E63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3F13D" w14:textId="77777777" w:rsidR="006A43A6" w:rsidRPr="00F5731F" w:rsidRDefault="006A43A6">
    <w:pPr>
      <w:pStyle w:val="Piedepgina"/>
      <w:jc w:val="right"/>
      <w:rPr>
        <w:lang w:val="es-ES"/>
      </w:rPr>
    </w:pPr>
    <w:r w:rsidRPr="00F5731F">
      <w:rPr>
        <w:rFonts w:eastAsia="Arial"/>
        <w:color w:val="666666"/>
        <w:sz w:val="15"/>
        <w:lang w:val="es-ES"/>
      </w:rPr>
      <w:t>Ayudas DANA - Memoria técnica de cumplimiento | Modelo editable</w:t>
    </w:r>
  </w:p>
  <w:p w14:paraId="380A969D" w14:textId="77777777" w:rsidR="006A43A6" w:rsidRDefault="006A43A6">
    <w:pPr>
      <w:spacing w:after="0"/>
      <w:jc w:val="right"/>
    </w:pPr>
    <w:r>
      <w:rPr>
        <w:rFonts w:eastAsia="Arial"/>
        <w:color w:val="666666"/>
        <w:sz w:val="15"/>
      </w:rPr>
      <w:t xml:space="preserve">Página </w:t>
    </w:r>
    <w:r>
      <w:fldChar w:fldCharType="begin"/>
    </w:r>
    <w:r>
      <w:instrText>PAGE</w:instrTex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CCCEE" w14:textId="77777777" w:rsidR="006A43A6" w:rsidRPr="00F5731F" w:rsidRDefault="006A43A6">
    <w:pPr>
      <w:pStyle w:val="Piedepgina"/>
      <w:jc w:val="right"/>
      <w:rPr>
        <w:lang w:val="es-ES"/>
      </w:rPr>
    </w:pPr>
    <w:r w:rsidRPr="00F5731F">
      <w:rPr>
        <w:rFonts w:eastAsia="Arial"/>
        <w:color w:val="666666"/>
        <w:sz w:val="15"/>
        <w:lang w:val="es-ES"/>
      </w:rPr>
      <w:t>Ayudas DANA - Memoria t</w:t>
    </w:r>
    <w:r w:rsidR="0090118E" w:rsidRPr="00F5731F">
      <w:rPr>
        <w:rFonts w:eastAsia="Arial"/>
        <w:color w:val="666666"/>
        <w:sz w:val="15"/>
        <w:lang w:val="es-ES"/>
      </w:rPr>
      <w:t>écnica de cumplimiento | Memoria técnica</w:t>
    </w:r>
  </w:p>
  <w:p w14:paraId="3B2E8208" w14:textId="77777777" w:rsidR="006A43A6" w:rsidRDefault="006A43A6">
    <w:pPr>
      <w:spacing w:after="0"/>
      <w:jc w:val="right"/>
    </w:pPr>
    <w:r>
      <w:rPr>
        <w:rFonts w:eastAsia="Arial"/>
        <w:color w:val="666666"/>
        <w:sz w:val="15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90118E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05E7E" w14:textId="77777777" w:rsidR="006A43A6" w:rsidRDefault="006A43A6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E1042" w14:textId="77777777" w:rsidR="00E634F8" w:rsidRDefault="00E634F8">
      <w:pPr>
        <w:spacing w:after="0" w:line="240" w:lineRule="auto"/>
      </w:pPr>
      <w:r>
        <w:separator/>
      </w:r>
    </w:p>
  </w:footnote>
  <w:footnote w:type="continuationSeparator" w:id="0">
    <w:p w14:paraId="045E7CAD" w14:textId="77777777" w:rsidR="00E634F8" w:rsidRDefault="00E63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C0965" w14:textId="77777777" w:rsidR="006A43A6" w:rsidRDefault="006A43A6">
    <w:pPr>
      <w:pStyle w:val="Encabezado"/>
      <w:spacing w:after="20"/>
      <w:jc w:val="center"/>
    </w:pPr>
    <w:r>
      <w:rPr>
        <w:noProof/>
        <w:lang w:val="es-ES" w:eastAsia="es-ES"/>
      </w:rPr>
      <w:drawing>
        <wp:inline distT="0" distB="0" distL="0" distR="0" wp14:anchorId="700F33D1" wp14:editId="1243CD4B">
          <wp:extent cx="6192000" cy="845148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2000" cy="845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7922" w14:textId="77777777" w:rsidR="006A43A6" w:rsidRDefault="006A43A6">
    <w:pPr>
      <w:pStyle w:val="Encabezado"/>
      <w:spacing w:after="20"/>
      <w:jc w:val="center"/>
    </w:pPr>
    <w:r>
      <w:rPr>
        <w:noProof/>
        <w:lang w:val="es-ES" w:eastAsia="es-ES"/>
      </w:rPr>
      <w:drawing>
        <wp:inline distT="0" distB="0" distL="0" distR="0" wp14:anchorId="4E276D2B" wp14:editId="00282C41">
          <wp:extent cx="4495800" cy="8445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 rotWithShape="1">
                  <a:blip r:embed="rId1"/>
                  <a:srcRect r="27342"/>
                  <a:stretch/>
                </pic:blipFill>
                <pic:spPr bwMode="auto">
                  <a:xfrm>
                    <a:off x="0" y="0"/>
                    <a:ext cx="4498983" cy="8451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D2681" w14:textId="77777777" w:rsidR="006A43A6" w:rsidRDefault="006A43A6">
    <w:pPr>
      <w:pStyle w:val="Encabezado"/>
      <w:spacing w:after="20"/>
      <w:jc w:val="center"/>
    </w:pPr>
    <w:r>
      <w:rPr>
        <w:noProof/>
        <w:lang w:val="es-ES" w:eastAsia="es-ES"/>
      </w:rPr>
      <w:drawing>
        <wp:inline distT="0" distB="0" distL="0" distR="0" wp14:anchorId="1A822B1A" wp14:editId="0EBC3D8B">
          <wp:extent cx="6192000" cy="845148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2000" cy="845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AFF3FEC"/>
    <w:multiLevelType w:val="hybridMultilevel"/>
    <w:tmpl w:val="FB58EE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7493160">
    <w:abstractNumId w:val="8"/>
  </w:num>
  <w:num w:numId="2" w16cid:durableId="203100291">
    <w:abstractNumId w:val="6"/>
  </w:num>
  <w:num w:numId="3" w16cid:durableId="889002909">
    <w:abstractNumId w:val="5"/>
  </w:num>
  <w:num w:numId="4" w16cid:durableId="1564101386">
    <w:abstractNumId w:val="4"/>
  </w:num>
  <w:num w:numId="5" w16cid:durableId="1975286252">
    <w:abstractNumId w:val="7"/>
  </w:num>
  <w:num w:numId="6" w16cid:durableId="734546137">
    <w:abstractNumId w:val="3"/>
  </w:num>
  <w:num w:numId="7" w16cid:durableId="120266846">
    <w:abstractNumId w:val="2"/>
  </w:num>
  <w:num w:numId="8" w16cid:durableId="1086997167">
    <w:abstractNumId w:val="1"/>
  </w:num>
  <w:num w:numId="9" w16cid:durableId="399062164">
    <w:abstractNumId w:val="0"/>
  </w:num>
  <w:num w:numId="10" w16cid:durableId="19803049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58D6"/>
    <w:rsid w:val="000C6A00"/>
    <w:rsid w:val="0015074B"/>
    <w:rsid w:val="00166452"/>
    <w:rsid w:val="0029639D"/>
    <w:rsid w:val="00326F90"/>
    <w:rsid w:val="00466518"/>
    <w:rsid w:val="004A21F3"/>
    <w:rsid w:val="0051401A"/>
    <w:rsid w:val="00554E3B"/>
    <w:rsid w:val="006A43A6"/>
    <w:rsid w:val="00754972"/>
    <w:rsid w:val="007A7608"/>
    <w:rsid w:val="00883FCB"/>
    <w:rsid w:val="0090118E"/>
    <w:rsid w:val="00A27F9F"/>
    <w:rsid w:val="00AA1D8D"/>
    <w:rsid w:val="00B47730"/>
    <w:rsid w:val="00BA76C5"/>
    <w:rsid w:val="00C37F99"/>
    <w:rsid w:val="00CB0664"/>
    <w:rsid w:val="00CC6F8D"/>
    <w:rsid w:val="00CF0432"/>
    <w:rsid w:val="00E57AC5"/>
    <w:rsid w:val="00E634F8"/>
    <w:rsid w:val="00F573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9AB6FA"/>
  <w14:defaultImageDpi w14:val="300"/>
  <w15:docId w15:val="{0AEAD5E4-6CC1-4F4B-BF67-828241E68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000000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sz w:val="19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keepNext/>
      <w:numPr>
        <w:ilvl w:val="1"/>
      </w:numPr>
      <w:spacing w:after="280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label">
    <w:name w:val="Form label"/>
    <w:rPr>
      <w:rFonts w:ascii="Calibri" w:hAnsi="Calibri"/>
      <w:b/>
      <w:color w:val="1F4E78"/>
      <w:sz w:val="18"/>
    </w:rPr>
  </w:style>
  <w:style w:type="paragraph" w:customStyle="1" w:styleId="Instruction">
    <w:name w:val="Instruction"/>
    <w:pPr>
      <w:spacing w:after="80"/>
    </w:pPr>
    <w:rPr>
      <w:rFonts w:ascii="Calibri" w:hAnsi="Calibri"/>
      <w:i/>
      <w:color w:val="667085"/>
      <w:sz w:val="18"/>
    </w:rPr>
  </w:style>
  <w:style w:type="paragraph" w:customStyle="1" w:styleId="Callout">
    <w:name w:val="Callout"/>
    <w:rPr>
      <w:rFonts w:ascii="Calibri" w:hAnsi="Calibri"/>
      <w:b/>
      <w:color w:val="17365D"/>
      <w:sz w:val="20"/>
    </w:rPr>
  </w:style>
  <w:style w:type="paragraph" w:customStyle="1" w:styleId="Notadecumplimentacin">
    <w:name w:val="Nota de cumplimentación"/>
    <w:rsid w:val="007A7608"/>
    <w:pPr>
      <w:spacing w:after="80"/>
    </w:pPr>
    <w:rPr>
      <w:rFonts w:ascii="Arial" w:hAnsi="Arial"/>
      <w:i/>
      <w:color w:val="666666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1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00C66A-55DD-4D68-9390-101E1AC71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554</Words>
  <Characters>3052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Modelo_Memoria_Tecnica_Ayudas_DANA_v2</vt:lpstr>
      <vt:lpstr/>
    </vt:vector>
  </TitlesOfParts>
  <Manager/>
  <Company/>
  <LinksUpToDate>false</LinksUpToDate>
  <CharactersWithSpaces>3599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Modelo_Memoria_Tecnica_Ayudas_DANA_v2</dc:title>
  <dc:subject>Modelo de justificación de ayudas DANA - versión 2</dc:subject>
  <dc:creator>Modelo de trabajo</dc:creator>
  <cp:keywords/>
  <dc:description>generated by python-docx</dc:description>
  <cp:lastModifiedBy>Maria Eugenia Ayllon Sánchez</cp:lastModifiedBy>
  <cp:revision>2</cp:revision>
  <dcterms:created xsi:type="dcterms:W3CDTF">2026-09-22T10:09:00Z</dcterms:created>
  <dcterms:modified xsi:type="dcterms:W3CDTF">2026-09-22T10:09:00Z</dcterms:modified>
  <cp:category/>
</cp:coreProperties>
</file>